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DELEGA A CONDURRE</w:t>
      </w:r>
    </w:p>
    <w:p/>
    <w:p/>
    <w:p>
      <w:r>
        <w:rPr>
          <w:b/>
          <w:sz w:val="20"/>
        </w:rPr>
        <w:t>Il sottoscritto/a:</w:t>
      </w:r>
    </w:p>
    <w:p>
      <w:r>
        <w:rPr>
          <w:b w:val="0"/>
          <w:sz w:val="20"/>
        </w:rPr>
        <w:t>Nome e Cognome : _________________________________________________</w:t>
      </w:r>
    </w:p>
    <w:p>
      <w:r>
        <w:rPr>
          <w:b w:val="0"/>
          <w:sz w:val="20"/>
        </w:rPr>
        <w:t>Data di nascita : _________________________________________________</w:t>
      </w:r>
    </w:p>
    <w:p>
      <w:r>
        <w:rPr>
          <w:b w:val="0"/>
          <w:sz w:val="20"/>
        </w:rPr>
        <w:t>Luogo di nascita : ________________________________________________</w:t>
      </w:r>
    </w:p>
    <w:p>
      <w:r>
        <w:rPr>
          <w:b w:val="0"/>
          <w:sz w:val="20"/>
        </w:rPr>
        <w:t>Residenza (indirizzo completo) : __________________________________</w:t>
      </w:r>
    </w:p>
    <w:p>
      <w:r>
        <w:rPr>
          <w:b w:val="0"/>
          <w:sz w:val="20"/>
        </w:rPr>
        <w:t>Codice Fiscale : _________________________________________________</w:t>
      </w:r>
    </w:p>
    <w:p/>
    <w:p>
      <w:pPr>
        <w:jc w:val="center"/>
      </w:pPr>
      <w:r>
        <w:rPr>
          <w:b/>
          <w:sz w:val="20"/>
        </w:rPr>
        <w:t>DELEGA</w:t>
      </w:r>
    </w:p>
    <w:p/>
    <w:p>
      <w:r>
        <w:rPr>
          <w:b/>
          <w:sz w:val="20"/>
        </w:rPr>
        <w:t>Il/la sottoscritto/a delega il Sig./la Sig.ra:</w:t>
      </w:r>
    </w:p>
    <w:p>
      <w:r>
        <w:rPr>
          <w:b w:val="0"/>
          <w:sz w:val="20"/>
        </w:rPr>
        <w:t>Nome e Cognome : _________________________________________________</w:t>
      </w:r>
    </w:p>
    <w:p>
      <w:r>
        <w:rPr>
          <w:b w:val="0"/>
          <w:sz w:val="20"/>
        </w:rPr>
        <w:t>Data di nascita : _________________________________________________</w:t>
      </w:r>
    </w:p>
    <w:p>
      <w:r>
        <w:rPr>
          <w:b w:val="0"/>
          <w:sz w:val="20"/>
        </w:rPr>
        <w:t>Luogo di nascita : ________________________________________________</w:t>
      </w:r>
    </w:p>
    <w:p>
      <w:r>
        <w:rPr>
          <w:b w:val="0"/>
          <w:sz w:val="20"/>
        </w:rPr>
        <w:t>Residenza (indirizzo completo) : __________________________________</w:t>
      </w:r>
    </w:p>
    <w:p>
      <w:r>
        <w:rPr>
          <w:b w:val="0"/>
          <w:sz w:val="20"/>
        </w:rPr>
        <w:t>Codice Fiscale : _________________________________________________</w:t>
      </w:r>
    </w:p>
    <w:p/>
    <w:p>
      <w:r>
        <w:rPr>
          <w:b/>
          <w:sz w:val="20"/>
        </w:rPr>
        <w:t>A condurre il veicolo di proprietà:</w:t>
      </w:r>
    </w:p>
    <w:p>
      <w:r>
        <w:rPr>
          <w:b w:val="0"/>
          <w:sz w:val="20"/>
        </w:rPr>
        <w:t>Marca e Modello : ________________________________________________</w:t>
      </w:r>
    </w:p>
    <w:p>
      <w:r>
        <w:rPr>
          <w:b w:val="0"/>
          <w:sz w:val="20"/>
        </w:rPr>
        <w:t>Targa : __________________________________________________________</w:t>
      </w:r>
    </w:p>
    <w:p>
      <w:r>
        <w:rPr>
          <w:b w:val="0"/>
          <w:sz w:val="20"/>
        </w:rPr>
        <w:t>Numero di telaio (se noto) : ______________________________________</w:t>
      </w:r>
    </w:p>
    <w:p/>
    <w:p>
      <w:r>
        <w:rPr>
          <w:b/>
          <w:sz w:val="20"/>
        </w:rPr>
        <w:t>La presente delega è valida per tutte le operazioni e gli atti relativi alla circolazione del suddetto veicolo, incluse ma non limitate a:</w:t>
      </w:r>
    </w:p>
    <w:p>
      <w:r>
        <w:rPr>
          <w:b w:val="0"/>
          <w:sz w:val="20"/>
        </w:rPr>
        <w:t>- la guida del veicolo;</w:t>
      </w:r>
    </w:p>
    <w:p>
      <w:r>
        <w:rPr>
          <w:b w:val="0"/>
          <w:sz w:val="20"/>
        </w:rPr>
        <w:t>- la partecipazione a eventuali controlli stradali;</w:t>
      </w:r>
    </w:p>
    <w:p>
      <w:r>
        <w:rPr>
          <w:b w:val="0"/>
          <w:sz w:val="20"/>
        </w:rPr>
        <w:t>- il ritiro di documenti e autorizzazioni relativi al veicolo;</w:t>
      </w:r>
    </w:p>
    <w:p>
      <w:r>
        <w:rPr>
          <w:b w:val="0"/>
          <w:sz w:val="20"/>
        </w:rPr>
        <w:t>- la presentazione presso uffici pubblici e privati inerenti alla circolazione.</w:t>
      </w:r>
    </w:p>
    <w:p/>
    <w:p>
      <w:r>
        <w:rPr>
          <w:b/>
          <w:sz w:val="20"/>
        </w:rPr>
        <w:t>Il delegato è tenuto a rispettare tutte le norme del Codice della Strada e le disposizioni vigenti in materia.</w:t>
      </w:r>
    </w:p>
    <w:p/>
    <w:p>
      <w:r>
        <w:rPr>
          <w:b/>
          <w:sz w:val="20"/>
        </w:rPr>
        <w:t>La presente delega ha validità fino a revoca espressa da parte del delegante.</w:t>
      </w:r>
    </w:p>
    <w:p/>
    <w:p/>
    <w:p>
      <w:r>
        <w:rPr>
          <w:b/>
          <w:sz w:val="20"/>
        </w:rPr>
        <w:t>Il delegante dichiara di assumersi ogni responsabilità civile e penale derivante dall'utilizzo del veicolo da parte del delegato.</w:t>
      </w:r>
    </w:p>
    <w:p/>
    <w:p/>
    <w:p>
      <w:r>
        <w:rPr>
          <w:b w:val="0"/>
          <w:sz w:val="20"/>
        </w:rPr>
        <w:t>Luogo : ___________________________________________</w:t>
      </w:r>
    </w:p>
    <w:p>
      <w:r>
        <w:rPr>
          <w:b w:val="0"/>
          <w:sz w:val="20"/>
        </w:rPr>
        <w:t>Data : 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DELEGATO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in stampatello : 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in stampatello : ______________________</w:t>
            </w:r>
          </w:p>
        </w:tc>
      </w:tr>
    </w:tbl>
    <w:p/>
    <w:p/>
    <w:p>
      <w:pPr>
        <w:jc w:val="center"/>
      </w:pPr>
      <w:r>
        <w:rPr>
          <w:b/>
          <w:sz w:val="20"/>
        </w:rPr>
        <w:t>INFORMATIVA SULLA PRIVACY AI SENSI DEL REGOLAMENTO UE 2016/679 (GDPR)</w:t>
      </w:r>
    </w:p>
    <w:p/>
    <w:p>
      <w:r>
        <w:rPr>
          <w:b w:val="0"/>
          <w:sz w:val="20"/>
        </w:rPr>
        <w:t>I dati personali raccolti con il presente modulo saranno trattati esclusivamente per le finalità connesse alla delega alla guida del veicolo e nel rispetto della normativa vigente in materia di protezione dei dati personali. Il delegante ha diritto di accesso, rettifica e cancellazione dei dati secondo quanto previsto dall’art. 15 e ss. del GDPR.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https://documenti-esperti.com/aci-modulo-delega-a-condurre/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aci-modulo-delega-a-condurr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