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2"/>
        </w:rPr>
        <w:t>CERTIFICATO DI STIPENDIO</w:t>
      </w:r>
    </w:p>
    <w:p/>
    <w:p/>
    <w:p>
      <w:r>
        <w:rPr>
          <w:b w:val="0"/>
          <w:sz w:val="22"/>
        </w:rPr>
        <w:t>Il sottoscritto, in qualità di Datore di Lavoro,</w:t>
      </w:r>
    </w:p>
    <w:p>
      <w:r>
        <w:rPr>
          <w:b w:val="0"/>
          <w:sz w:val="22"/>
        </w:rPr>
        <w:t>dichiara che il/la Sig./Sig.ra ____________________________________________,</w:t>
      </w:r>
    </w:p>
    <w:p>
      <w:r>
        <w:rPr>
          <w:b w:val="0"/>
          <w:sz w:val="22"/>
        </w:rPr>
        <w:t>nato/a a ____________________________, residente in ____________________________,</w:t>
      </w:r>
    </w:p>
    <w:p>
      <w:r>
        <w:rPr>
          <w:b w:val="0"/>
          <w:sz w:val="22"/>
        </w:rPr>
        <w:t>codice fiscale ____________________________,</w:t>
      </w:r>
    </w:p>
    <w:p>
      <w:r>
        <w:rPr>
          <w:b w:val="0"/>
          <w:sz w:val="22"/>
        </w:rPr>
        <w:t>è stato/a assunto/a con rapporto di lavoro subordinato presso la nostra azienda,</w:t>
      </w:r>
    </w:p>
    <w:p>
      <w:r>
        <w:rPr>
          <w:b w:val="0"/>
          <w:sz w:val="22"/>
        </w:rPr>
        <w:t>con sede legale in ________________________________________________________________,</w:t>
      </w:r>
    </w:p>
    <w:p>
      <w:r>
        <w:rPr>
          <w:b w:val="0"/>
          <w:sz w:val="22"/>
        </w:rPr>
        <w:t>con la qualifica di ______________________________________________________________,</w:t>
      </w:r>
    </w:p>
    <w:p>
      <w:r>
        <w:rPr>
          <w:b w:val="0"/>
          <w:sz w:val="22"/>
        </w:rPr>
        <w:t>a tempo ________________________ (indeterminato/determinato), con decorrenza dal ______________.</w:t>
      </w:r>
    </w:p>
    <w:p/>
    <w:p>
      <w:r>
        <w:rPr>
          <w:b w:val="0"/>
          <w:sz w:val="22"/>
        </w:rPr>
        <w:t>Si certifica che nel periodo di riferimento, il/la predetto/a lavoratore/trice ha percepito le seguenti retribuzioni:</w:t>
      </w:r>
    </w:p>
    <w:p>
      <w:r>
        <w:rPr>
          <w:b w:val="0"/>
          <w:sz w:val="22"/>
        </w:rPr>
        <w:t>____________________________________________________________________________________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____________________________________________________________________________________</w:t>
      </w:r>
    </w:p>
    <w:p/>
    <w:p>
      <w:r>
        <w:rPr>
          <w:b/>
          <w:sz w:val="22"/>
        </w:rPr>
        <w:t>Dettaglio Retribuzione Mensile:</w:t>
      </w:r>
    </w:p>
    <w:tbl>
      <w:tblPr>
        <w:tblStyle w:val="LightList-Accent1"/>
        <w:tblW w:type="auto" w:w="0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</w:tcPr>
          <w:p>
            <w:r>
              <w:t>Voce Retributiva</w:t>
            </w:r>
          </w:p>
        </w:tc>
        <w:tc>
          <w:tcPr>
            <w:tcW w:type="dxa" w:w="4986"/>
          </w:tcPr>
          <w:p>
            <w:r>
              <w:t>Importo (€)</w:t>
            </w:r>
          </w:p>
        </w:tc>
      </w:tr>
      <w:tr>
        <w:tc>
          <w:tcPr>
            <w:tcW w:type="dxa" w:w="4986"/>
          </w:tcPr>
          <w:p>
            <w:r>
              <w:t>Retribuzione base</w:t>
            </w:r>
          </w:p>
        </w:tc>
        <w:tc>
          <w:tcPr>
            <w:tcW w:type="dxa" w:w="4986"/>
          </w:tcPr>
          <w:p>
            <w:r>
              <w:t>________________</w:t>
            </w:r>
          </w:p>
        </w:tc>
      </w:tr>
      <w:tr>
        <w:tc>
          <w:tcPr>
            <w:tcW w:type="dxa" w:w="4986"/>
          </w:tcPr>
          <w:p>
            <w:r>
              <w:t>Indennità di contingenza</w:t>
            </w:r>
          </w:p>
        </w:tc>
        <w:tc>
          <w:tcPr>
            <w:tcW w:type="dxa" w:w="4986"/>
          </w:tcPr>
          <w:p>
            <w:r>
              <w:t>________________</w:t>
            </w:r>
          </w:p>
        </w:tc>
      </w:tr>
      <w:tr>
        <w:tc>
          <w:tcPr>
            <w:tcW w:type="dxa" w:w="4986"/>
          </w:tcPr>
          <w:p>
            <w:r>
              <w:t>Scatti di anzianità</w:t>
            </w:r>
          </w:p>
        </w:tc>
        <w:tc>
          <w:tcPr>
            <w:tcW w:type="dxa" w:w="4986"/>
          </w:tcPr>
          <w:p>
            <w:r>
              <w:t>________________</w:t>
            </w:r>
          </w:p>
        </w:tc>
      </w:tr>
      <w:tr>
        <w:tc>
          <w:tcPr>
            <w:tcW w:type="dxa" w:w="4986"/>
          </w:tcPr>
          <w:p>
            <w:r>
              <w:t>Straordinari</w:t>
            </w:r>
          </w:p>
        </w:tc>
        <w:tc>
          <w:tcPr>
            <w:tcW w:type="dxa" w:w="4986"/>
          </w:tcPr>
          <w:p>
            <w:r>
              <w:t>________________</w:t>
            </w:r>
          </w:p>
        </w:tc>
      </w:tr>
      <w:tr>
        <w:tc>
          <w:tcPr>
            <w:tcW w:type="dxa" w:w="4986"/>
          </w:tcPr>
          <w:p>
            <w:r>
              <w:t>Altri compensi</w:t>
            </w:r>
          </w:p>
        </w:tc>
        <w:tc>
          <w:tcPr>
            <w:tcW w:type="dxa" w:w="4986"/>
          </w:tcPr>
          <w:p>
            <w:r>
              <w:t>________________</w:t>
            </w:r>
          </w:p>
        </w:tc>
      </w:tr>
    </w:tbl>
    <w:p/>
    <w:p>
      <w:r>
        <w:rPr>
          <w:b/>
          <w:sz w:val="22"/>
        </w:rPr>
        <w:t>Totale Retribuzione Mensile Lorda: ________________________________________________</w:t>
      </w:r>
    </w:p>
    <w:p/>
    <w:p>
      <w:r>
        <w:rPr>
          <w:b w:val="0"/>
          <w:sz w:val="22"/>
        </w:rPr>
        <w:t>Si certifica inoltre che il/la lavoratore/trice è iscritto/a presso l'Istituto Previdenziale competente e che sono stati versati i contributi previdenziali obbligatori previsti dalla legge.</w:t>
      </w:r>
    </w:p>
    <w:p/>
    <w:p>
      <w:r>
        <w:rPr>
          <w:b w:val="0"/>
          <w:sz w:val="22"/>
        </w:rPr>
        <w:t>Il presente certificato viene rilasciato su richiesta dell'interessato/a per gli usi consentiti dalla legge.</w:t>
      </w:r>
    </w:p>
    <w:p/>
    <w:p/>
    <w:p>
      <w:r>
        <w:rPr>
          <w:b w:val="0"/>
          <w:sz w:val="22"/>
        </w:rPr>
        <w:t>Luogo: _________________________________________</w:t>
      </w:r>
    </w:p>
    <w:p>
      <w:r>
        <w:rPr>
          <w:b/>
          <w:sz w:val="22"/>
        </w:rPr>
        <w:t>Firma del Datore di Lavoro:</w:t>
      </w:r>
    </w:p>
    <w:p>
      <w:r>
        <w:rPr>
          <w:b w:val="0"/>
          <w:sz w:val="22"/>
        </w:rPr>
        <w:br/>
        <w:br/>
        <w:t>_____________________________</w:t>
      </w:r>
    </w:p>
    <w:p/>
    <w:p/>
    <w:p>
      <w:r>
        <w:rPr>
          <w:b/>
          <w:sz w:val="22"/>
        </w:rPr>
        <w:t>Firma per ricevuta del Lavoratore:</w:t>
      </w:r>
    </w:p>
    <w:p>
      <w:r>
        <w:rPr>
          <w:b w:val="0"/>
          <w:sz w:val="22"/>
        </w:rPr>
        <w:br/>
        <w:br/>
        <w:t>_____________________________</w:t>
      </w:r>
    </w:p>
    <w:p/>
    <w:p/>
    <w:tbl>
      <w:tblPr>
        <w:tblW w:type="auto" w:w="0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Datore di Lavoro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Lavoratore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originale di questo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https://documenti-esperti.com/certificato-di-stipendio-fac-simile/</w:t>
        </w:r>
      </w:hyperlink>
    </w:p>
    <w:p>
      <w:pPr>
        <w:jc w:val="center"/>
      </w:pPr>
      <w:r>
        <w:rPr>
          <w:color w:val="555555"/>
          <w:sz w:val="26"/>
        </w:rPr>
        <w:t>Questo modello ti è stato utile?</w:t>
      </w:r>
    </w:p>
    <w:p>
      <w:pPr>
        <w:jc w:val="center"/>
      </w:pPr>
      <w:r>
        <w:rPr>
          <w:color w:val="555555"/>
          <w:sz w:val="26"/>
        </w:rPr>
        <w:t>Trova altri modelli aggiornati su: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https://documenti-esperti.com</w:t>
        </w:r>
      </w:hyperlink>
    </w:p>
    <w:p>
      <w:pPr>
        <w:jc w:val="center"/>
      </w:pPr>
      <w:r>
        <w:rPr>
          <w:color w:val="808080"/>
          <w:sz w:val="20"/>
        </w:rPr>
        <w:t>Questo modello è destinato esclusivamente a un uso personale e non commerciale.</w:t>
        <w:br/>
        <w:t>Qualsiasi diffusione o pubblicazione deve citare obbligatoriamente la fonte. © documenti-esperti.com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umenti-esperti.com/certificato-di-stipendio-fac-simile/" TargetMode="External"/><Relationship Id="rId10" Type="http://schemas.openxmlformats.org/officeDocument/2006/relationships/hyperlink" Target="https://documenti-esperti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