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COMPROMESSO DI VENDITA IMMOBILIARE TRA PRIVATI</w:t>
      </w:r>
    </w:p>
    <w:p/>
    <w:p>
      <w:r>
        <w:rPr>
          <w:b/>
          <w:sz w:val="20"/>
        </w:rPr>
        <w:t>TRA</w:t>
      </w:r>
    </w:p>
    <w:p>
      <w:r>
        <w:rPr>
          <w:b w:val="0"/>
          <w:sz w:val="20"/>
        </w:rPr>
        <w:t>Il Sig./La Sig.ra ____________________________________________________, nato/a a ____________________, residente in ____________________________, codice fiscale ________________________________, di seguito denominato/a "Venditore".</w:t>
      </w:r>
    </w:p>
    <w:p/>
    <w:p>
      <w:r>
        <w:rPr>
          <w:b/>
          <w:sz w:val="20"/>
        </w:rPr>
        <w:t>E</w:t>
      </w:r>
    </w:p>
    <w:p>
      <w:r>
        <w:rPr>
          <w:b w:val="0"/>
          <w:sz w:val="20"/>
        </w:rPr>
        <w:t>Il Sig./La Sig.ra ____________________________________________________, nato/a a ____________________, residente in ____________________________, codice fiscale ________________________________, di seguito denominato/a "Acquirente".</w:t>
      </w:r>
    </w:p>
    <w:p/>
    <w:p/>
    <w:p>
      <w:r>
        <w:rPr>
          <w:b/>
          <w:sz w:val="20"/>
        </w:rPr>
        <w:t>PREMESSE</w:t>
      </w:r>
    </w:p>
    <w:p>
      <w:r>
        <w:rPr>
          <w:b w:val="0"/>
          <w:sz w:val="20"/>
        </w:rPr>
        <w:t>Le premesse costituiscono parte integrante e sostanziale del presente contratto.</w:t>
      </w:r>
    </w:p>
    <w:p>
      <w:r>
        <w:rPr>
          <w:b w:val="0"/>
          <w:sz w:val="20"/>
        </w:rPr>
        <w:t>Il Venditore è proprietario dell’immobile sito in ________________________________, via __________________________ n. ____, censito al Catasto Fabbricati del Comune di ____________________, foglio ______, particella ________, subalterno ________, categoria ________, classe ________, rendita catastale € __________.</w:t>
      </w:r>
    </w:p>
    <w:p>
      <w:r>
        <w:rPr>
          <w:b w:val="0"/>
          <w:sz w:val="20"/>
        </w:rPr>
        <w:t>Le parti intendono impegnarsi alla conclusione del contratto definitivo di compravendita alle condizioni di seguito indicate.</w:t>
      </w:r>
    </w:p>
    <w:p/>
    <w:p/>
    <w:p>
      <w:r>
        <w:rPr>
          <w:b/>
          <w:sz w:val="20"/>
        </w:rPr>
        <w:t>Articolo 1 – Oggetto del Contratto</w:t>
      </w:r>
    </w:p>
    <w:p>
      <w:r>
        <w:rPr>
          <w:b w:val="0"/>
          <w:sz w:val="20"/>
        </w:rPr>
        <w:t>Il Venditore si impegna a vendere e l’Acquirente si impegna ad acquistare l’immobile sopra descritto, con tutti gli accessori, pertinenze e servizi, nello stato di fatto e di diritto in cui si trova.</w:t>
      </w:r>
    </w:p>
    <w:p/>
    <w:p>
      <w:r>
        <w:rPr>
          <w:b/>
          <w:sz w:val="20"/>
        </w:rPr>
        <w:t>Articolo 2 – Prezzo di Vendita</w:t>
      </w:r>
    </w:p>
    <w:p>
      <w:r>
        <w:rPr>
          <w:b w:val="0"/>
          <w:sz w:val="20"/>
        </w:rPr>
        <w:t>Il prezzo concordato per la vendita è di Euro ______________________ (in lettere: ____________________________________________).</w:t>
      </w:r>
    </w:p>
    <w:p/>
    <w:p>
      <w:r>
        <w:rPr>
          <w:b/>
          <w:sz w:val="20"/>
        </w:rPr>
        <w:t>Articolo 3 – Caparra Confirmatoria</w:t>
      </w:r>
    </w:p>
    <w:p>
      <w:r>
        <w:rPr>
          <w:b w:val="0"/>
          <w:sz w:val="20"/>
        </w:rPr>
        <w:t>Contestualmente alla sottoscrizione del presente compromesso, l’Acquirente versa al Venditore la somma di Euro __________________ (in lettere: ______________________________________) a titolo di caparra confirmatoria, che verrà imputata a saldo prezzo al momento del rogito notarile.</w:t>
      </w:r>
    </w:p>
    <w:p/>
    <w:p>
      <w:r>
        <w:rPr>
          <w:b/>
          <w:sz w:val="20"/>
        </w:rPr>
        <w:t>Articolo 4 – Termine per il Rogito</w:t>
      </w:r>
    </w:p>
    <w:p>
      <w:r>
        <w:rPr>
          <w:b w:val="0"/>
          <w:sz w:val="20"/>
        </w:rPr>
        <w:t>Le parti si impegnano a stipulare il contratto definitivo di compravendita entro e non oltre il giorno ______________________, presso lo studio del Notaio che sarà concordato tra le parti.</w:t>
      </w:r>
    </w:p>
    <w:p/>
    <w:p>
      <w:r>
        <w:rPr>
          <w:b/>
          <w:sz w:val="20"/>
        </w:rPr>
        <w:t>Articolo 5 – Condizioni Sospensive e Dichiarazioni</w:t>
      </w:r>
    </w:p>
    <w:p>
      <w:r>
        <w:rPr>
          <w:b w:val="0"/>
          <w:sz w:val="20"/>
        </w:rPr>
        <w:t>Il presente contratto è subordinato al verificarsi delle seguenti condizioni sospensive:</w:t>
      </w:r>
    </w:p>
    <w:p>
      <w:r>
        <w:rPr>
          <w:b w:val="0"/>
          <w:sz w:val="20"/>
        </w:rPr>
        <w:t>a) ottenimento da parte dell’Acquirente del mutuo ipotecario necessario per l’acquisto;</w:t>
      </w:r>
    </w:p>
    <w:p>
      <w:r>
        <w:rPr>
          <w:b w:val="0"/>
          <w:sz w:val="20"/>
        </w:rPr>
        <w:t>b) assenza di trascrizioni pregiudizievoli sull’immobile;</w:t>
      </w:r>
    </w:p>
    <w:p>
      <w:r>
        <w:rPr>
          <w:b w:val="0"/>
          <w:sz w:val="20"/>
        </w:rPr>
        <w:t>c) regolarità urbanistica e catastale dell’immobile;</w:t>
      </w:r>
    </w:p>
    <w:p>
      <w:r>
        <w:rPr>
          <w:b w:val="0"/>
          <w:sz w:val="20"/>
        </w:rPr>
        <w:t>Il Venditore dichiara che l’immobile è libero da ipoteche, pignoramenti, vincoli o altre gravami che possano impedirne la vendita.</w:t>
      </w:r>
    </w:p>
    <w:p/>
    <w:p>
      <w:r>
        <w:rPr>
          <w:b/>
          <w:sz w:val="20"/>
        </w:rPr>
        <w:t>Articolo 6 – Stato dell’Immobile</w:t>
      </w:r>
    </w:p>
    <w:p>
      <w:r>
        <w:rPr>
          <w:b w:val="0"/>
          <w:sz w:val="20"/>
        </w:rPr>
        <w:t>L’immobile viene venduto nello stato di fatto e di diritto in cui si trova, con tutti gli impianti a norma salvo quanto diversamente dichiarato, e con tutta la documentazione tecnica e amministrativa in possesso del Venditore.</w:t>
      </w:r>
    </w:p>
    <w:p/>
    <w:p>
      <w:r>
        <w:rPr>
          <w:b/>
          <w:sz w:val="20"/>
        </w:rPr>
        <w:t>Articolo 7 – Spese e Imposte</w:t>
      </w:r>
    </w:p>
    <w:p>
      <w:r>
        <w:rPr>
          <w:b w:val="0"/>
          <w:sz w:val="20"/>
        </w:rPr>
        <w:t>Le spese relative alla stipula del contratto definitivo, compresi oneri notarili, tasse e imposte, sono a carico dell’Acquirente, salvo diverso accordo scritto tra le parti.</w:t>
      </w:r>
    </w:p>
    <w:p/>
    <w:p>
      <w:r>
        <w:rPr>
          <w:b/>
          <w:sz w:val="20"/>
        </w:rPr>
        <w:t>Articolo 8 – Clausola Risolutiva Espressa</w:t>
      </w:r>
    </w:p>
    <w:p>
      <w:r>
        <w:rPr>
          <w:b w:val="0"/>
          <w:sz w:val="20"/>
        </w:rPr>
        <w:t>In caso di mancato adempimento di una delle parti agli obblighi previsti dal presente compromesso, la parte adempiente potrà risolvere il contratto ai sensi dell’art. 1456 c.c., fatta salva la richiesta di risarcimento danni.</w:t>
      </w:r>
    </w:p>
    <w:p/>
    <w:p>
      <w:r>
        <w:rPr>
          <w:b/>
          <w:sz w:val="20"/>
        </w:rPr>
        <w:t>Articolo 9 – Foro Competente</w:t>
      </w:r>
    </w:p>
    <w:p>
      <w:r>
        <w:rPr>
          <w:b w:val="0"/>
          <w:sz w:val="20"/>
        </w:rPr>
        <w:t>Per ogni controversia derivante dal presente contratto sarà competente in via esclusiva il Foro del luogo in cui è sito l’immobile.</w:t>
      </w:r>
    </w:p>
    <w:p/>
    <w:p/>
    <w:p>
      <w:r>
        <w:rPr>
          <w:b w:val="0"/>
          <w:sz w:val="20"/>
        </w:rPr>
        <w:t>Luogo : ________________________________________________________________</w:t>
      </w:r>
    </w:p>
    <w:p>
      <w:r>
        <w:rPr>
          <w:b w:val="0"/>
          <w:sz w:val="20"/>
        </w:rPr>
        <w:t>Data :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VENDITORE</w:t>
            </w:r>
          </w:p>
        </w:tc>
        <w:tc>
          <w:tcPr>
            <w:tcW w:type="dxa" w:w="4986"/>
            <w:tcBorders>
              <w:top w:val="nil"/>
              <w:left w:val="nil"/>
              <w:bottom w:val="nil"/>
              <w:right w:val="nil"/>
              <w:insideH w:val="nil"/>
              <w:insideV w:val="nil"/>
            </w:tcBorders>
          </w:tcPr>
          <w:p>
            <w:pPr>
              <w:jc w:val="center"/>
            </w:pPr>
            <w:r>
              <w:t>ACQUIRENTE</w:t>
            </w:r>
          </w:p>
        </w:tc>
      </w:tr>
      <w:tr>
        <w:tc>
          <w:tcPr>
            <w:tcW w:type="dxa" w:w="4986"/>
            <w:tcBorders>
              <w:top w:val="nil"/>
              <w:left w:val="nil"/>
              <w:bottom w:val="nil"/>
              <w:right w:val="nil"/>
              <w:insideH w:val="nil"/>
              <w:insideV w:val="nil"/>
            </w:tcBorders>
          </w:tcPr>
          <w:p>
            <w:pPr>
              <w:jc w:val="center"/>
            </w:pPr>
            <w:r>
              <w:br/>
              <w:br/>
              <w:t>Firma : ____________________________</w:t>
            </w:r>
          </w:p>
        </w:tc>
        <w:tc>
          <w:tcPr>
            <w:tcW w:type="dxa" w:w="4986"/>
            <w:tcBorders>
              <w:top w:val="nil"/>
              <w:left w:val="nil"/>
              <w:bottom w:val="nil"/>
              <w:right w:val="nil"/>
              <w:insideH w:val="nil"/>
              <w:insideV w:val="nil"/>
            </w:tcBorders>
          </w:tcPr>
          <w:p>
            <w:pPr>
              <w:jc w:val="center"/>
            </w:pPr>
            <w:r>
              <w:br/>
              <w:br/>
              <w:t>Firma : ____________________________</w:t>
            </w:r>
          </w:p>
        </w:tc>
      </w:tr>
      <w:tr>
        <w:tc>
          <w:tcPr>
            <w:tcW w:type="dxa" w:w="4986"/>
            <w:tcBorders>
              <w:top w:val="nil"/>
              <w:left w:val="nil"/>
              <w:bottom w:val="nil"/>
              <w:right w:val="nil"/>
              <w:insideH w:val="nil"/>
              <w:insideV w:val="nil"/>
            </w:tcBorders>
          </w:tcPr>
          <w:p>
            <w:pPr>
              <w:jc w:val="center"/>
            </w:pPr>
            <w:r>
              <w:t>Nome e Cognome : __________________________________</w:t>
            </w:r>
          </w:p>
        </w:tc>
        <w:tc>
          <w:tcPr>
            <w:tcW w:type="dxa" w:w="4986"/>
            <w:tcBorders>
              <w:top w:val="nil"/>
              <w:left w:val="nil"/>
              <w:bottom w:val="nil"/>
              <w:right w:val="nil"/>
              <w:insideH w:val="nil"/>
              <w:insideV w:val="nil"/>
            </w:tcBorders>
          </w:tcPr>
          <w:p>
            <w:pPr>
              <w:jc w:val="center"/>
            </w:pPr>
            <w:r>
              <w:t>Nome e Cognome : __________________________________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https://documenti-esperti.com/compromesso-casa-tra-privati/</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compromesso-casa-tra-privati/"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