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CONFERMA D'ORDINE</w:t>
      </w:r>
    </w:p>
    <w:p/>
    <w:p/>
    <w:p>
      <w:r>
        <w:rPr>
          <w:b/>
          <w:sz w:val="20"/>
        </w:rPr>
        <w:t>Dati del Cliente:</w:t>
      </w:r>
    </w:p>
    <w:p>
      <w:r>
        <w:rPr>
          <w:b w:val="0"/>
          <w:sz w:val="20"/>
        </w:rPr>
        <w:t>Ragione Sociale / Nome e Cognome: ________________________________________________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Dati del Fornitore:</w:t>
      </w:r>
    </w:p>
    <w:p>
      <w:r>
        <w:rPr>
          <w:b w:val="0"/>
          <w:sz w:val="20"/>
        </w:rPr>
        <w:t>Ragione Sociale: ____________________________________________________________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Oggetto dell'Ordine:</w:t>
      </w:r>
    </w:p>
    <w:p>
      <w:r>
        <w:rPr>
          <w:b w:val="0"/>
          <w:sz w:val="20"/>
        </w:rPr>
        <w:t>Il Cliente conferma l'ordine dei seguenti prodotti/servizi, alle condizioni indicate di seguito.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Codice Articolo</w:t>
            </w:r>
          </w:p>
        </w:tc>
        <w:tc>
          <w:tcPr>
            <w:tcW w:type="dxa" w:w="1994"/>
          </w:tcPr>
          <w:p>
            <w:r>
              <w:t>Descrizione</w:t>
            </w:r>
          </w:p>
        </w:tc>
        <w:tc>
          <w:tcPr>
            <w:tcW w:type="dxa" w:w="1994"/>
          </w:tcPr>
          <w:p>
            <w:r>
              <w:t>Quantità</w:t>
            </w:r>
          </w:p>
        </w:tc>
        <w:tc>
          <w:tcPr>
            <w:tcW w:type="dxa" w:w="1994"/>
          </w:tcPr>
          <w:p>
            <w:r>
              <w:t>Prezzo Unitario (€)</w:t>
            </w:r>
          </w:p>
        </w:tc>
        <w:tc>
          <w:tcPr>
            <w:tcW w:type="dxa" w:w="1994"/>
          </w:tcPr>
          <w:p>
            <w:r>
              <w:t>Totale (€)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</w:tr>
    </w:tbl>
    <w:p/>
    <w:p>
      <w:r>
        <w:rPr>
          <w:b/>
          <w:sz w:val="20"/>
        </w:rPr>
        <w:t>Condizioni di Vendita:</w:t>
      </w:r>
    </w:p>
    <w:p>
      <w:r>
        <w:rPr>
          <w:b w:val="0"/>
          <w:sz w:val="20"/>
        </w:rPr>
        <w:t>- Prezzo: I prezzi indicati sono IVA esclusa, salvo diversa indicazione, e si intendono validi salvo errori di stampa.</w:t>
      </w:r>
    </w:p>
    <w:p>
      <w:r>
        <w:rPr>
          <w:b w:val="0"/>
          <w:sz w:val="20"/>
        </w:rPr>
        <w:t>- Termini di Pagamento: Il pagamento dovrà essere effettuato secondo le modalità concordate tra le parti.</w:t>
      </w:r>
    </w:p>
    <w:p>
      <w:r>
        <w:rPr>
          <w:b w:val="0"/>
          <w:sz w:val="20"/>
        </w:rPr>
        <w:t>- Consegna: La consegna avverrà nei tempi e nei luoghi indicati nelle condizioni contrattuali o da concordare.</w:t>
      </w:r>
    </w:p>
    <w:p>
      <w:r>
        <w:rPr>
          <w:b w:val="0"/>
          <w:sz w:val="20"/>
        </w:rPr>
        <w:t>- Validità dell'Offerta: La presente conferma d'ordine è vincolante per il Cliente solo dopo accettazione scritta da parte del Fornitore.</w:t>
      </w:r>
    </w:p>
    <w:p>
      <w:r>
        <w:rPr>
          <w:b w:val="0"/>
          <w:sz w:val="20"/>
        </w:rPr>
        <w:t>- Reclami: Eventuali reclami dovranno essere comunicati entro 8 giorni dalla ricezione della merce.</w:t>
      </w:r>
    </w:p>
    <w:p/>
    <w:p>
      <w:r>
        <w:rPr>
          <w:b/>
          <w:sz w:val="20"/>
        </w:rPr>
        <w:t>Clausole Contrattuali:</w:t>
      </w:r>
    </w:p>
    <w:p>
      <w:r>
        <w:rPr>
          <w:b w:val="0"/>
          <w:sz w:val="20"/>
        </w:rPr>
        <w:t>Il presente documento costituisce conferma dell'ordine e impegno contrattuale tra le parti, regolato dalla legge italiana.</w:t>
      </w:r>
    </w:p>
    <w:p>
      <w:r>
        <w:rPr>
          <w:b w:val="0"/>
          <w:sz w:val="20"/>
        </w:rPr>
        <w:t>Per ogni controversia relativa all'interpretazione, esecuzione o risoluzione del presente contratto, sarà competente in via esclusiva il Foro del luogo in cui ha sede il Fornitore.</w:t>
      </w:r>
    </w:p>
    <w:p>
      <w:r>
        <w:rPr>
          <w:b w:val="0"/>
          <w:sz w:val="20"/>
        </w:rPr>
        <w:t>Il Cliente dichiara di aver preso visione e di accettare integralmente le condizioni generali di vendita del Fornitore.</w:t>
      </w:r>
    </w:p>
    <w:p/>
    <w:p/>
    <w:p>
      <w:r>
        <w:rPr>
          <w:b w:val="0"/>
          <w:sz w:val="20"/>
        </w:rPr>
        <w:t>Luogo: ______________________________________</w:t>
      </w:r>
    </w:p>
    <w:p>
      <w:r>
        <w:rPr>
          <w:b w:val="0"/>
          <w:sz w:val="20"/>
        </w:rPr>
        <w:t>Data: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FORNITORE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https://documenti-esperti.com/conferma-d-ordine-fac-simile/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conferma-d-ordin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