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DELEGA A CONDURRE AUTO ALL'ESTERO</w:t>
      </w:r>
    </w:p>
    <w:p/>
    <w:p>
      <w:r>
        <w:rPr>
          <w:b w:val="0"/>
          <w:sz w:val="20"/>
        </w:rPr>
        <w:t>Luogo : ____________________________</w:t>
      </w:r>
    </w:p>
    <w:p/>
    <w:p>
      <w:r>
        <w:rPr>
          <w:b/>
          <w:sz w:val="20"/>
        </w:rPr>
        <w:t>Dati del Delegante: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Documento di Identità (tipo e numero) : ____________________________</w:t>
      </w:r>
    </w:p>
    <w:p/>
    <w:p>
      <w:r>
        <w:rPr>
          <w:b/>
          <w:sz w:val="20"/>
        </w:rPr>
        <w:t>Dati del Delegato: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Documento di Identità (tipo e numero) : ____________________________</w:t>
      </w:r>
    </w:p>
    <w:p/>
    <w:p>
      <w:r>
        <w:rPr>
          <w:b/>
          <w:sz w:val="20"/>
        </w:rPr>
        <w:t>Dati del Veicolo:</w:t>
      </w:r>
    </w:p>
    <w:p>
      <w:r>
        <w:rPr>
          <w:b w:val="0"/>
          <w:sz w:val="20"/>
        </w:rPr>
        <w:t>Marca e Modello : ________________________________________________</w:t>
      </w:r>
    </w:p>
    <w:p>
      <w:r>
        <w:rPr>
          <w:b w:val="0"/>
          <w:sz w:val="20"/>
        </w:rPr>
        <w:t>Targa : _________________________________________________________</w:t>
      </w:r>
    </w:p>
    <w:p>
      <w:r>
        <w:rPr>
          <w:b w:val="0"/>
          <w:sz w:val="20"/>
        </w:rPr>
        <w:t>Numero di Telaio : _______________________________________________</w:t>
      </w:r>
    </w:p>
    <w:p/>
    <w:p>
      <w:r>
        <w:rPr>
          <w:b/>
          <w:sz w:val="20"/>
        </w:rPr>
        <w:t>Oggetto della Delega:</w:t>
      </w:r>
    </w:p>
    <w:p>
      <w:r>
        <w:rPr>
          <w:b w:val="0"/>
          <w:sz w:val="20"/>
        </w:rPr>
        <w:t>Il/la sottoscritto/a Delegante, come sopra identificato/a, concede la presente delega al/la Delegato/a affinché possa condurre il veicolo descritto sopra all'estero, impegnandosi a rispettare le normative vigenti nel Paese di destinazione e a manlevare il Delegato da ogni responsabilità derivante dall'utilizzo del veicolo.</w:t>
      </w:r>
    </w:p>
    <w:p/>
    <w:p>
      <w:r>
        <w:rPr>
          <w:b/>
          <w:sz w:val="20"/>
        </w:rPr>
        <w:t>Dichiarazioni del Delegante:</w:t>
      </w:r>
    </w:p>
    <w:p>
      <w:r>
        <w:rPr>
          <w:b w:val="0"/>
          <w:sz w:val="20"/>
        </w:rPr>
        <w:t>- Il veicolo è assicurato e idoneo alla circolazione all'estero.</w:t>
        <w:br/>
        <w:t>- Il/la Delegato/a è autorizzato/a a condurre il veicolo per il periodo di permanenza all'estero.</w:t>
        <w:br/>
        <w:t>- Il/la Delegante si assume ogni responsabilità civile e penale relativa all'uso del veicolo da parte del/la Delegato/a.</w:t>
        <w:br/>
        <w:t>- Il/la Delegato/a si impegna a rispettare il codice della strada del Paese estero e le direttive vigenti.</w:t>
      </w:r>
    </w:p>
    <w:p/>
    <w:p>
      <w:r>
        <w:rPr>
          <w:b/>
          <w:sz w:val="20"/>
        </w:rPr>
        <w:t>Condizioni e Limitazioni:</w:t>
      </w:r>
    </w:p>
    <w:p>
      <w:r>
        <w:rPr>
          <w:b w:val="0"/>
          <w:sz w:val="20"/>
        </w:rPr>
        <w:t>- La presente delega non autorizza la vendita, il noleggio o l'alienazione del veicolo.</w:t>
        <w:br/>
        <w:t>- Il/la Delegato/a non potrà cedere a terzi la guida del veicolo senza ulteriore autorizzazione scritta.</w:t>
        <w:br/>
        <w:t>- Il/la Delegato/a dovrà portare con sé copia della presente delega e dei documenti di identità durante la guida all'estero.</w:t>
      </w:r>
    </w:p>
    <w:p/>
    <w:p>
      <w:r>
        <w:rPr>
          <w:b/>
          <w:sz w:val="20"/>
        </w:rPr>
        <w:t>Durata della Delega:</w:t>
      </w:r>
    </w:p>
    <w:p>
      <w:r>
        <w:rPr>
          <w:b w:val="0"/>
          <w:sz w:val="20"/>
        </w:rPr>
        <w:t>La presente delega ha validità esclusivamente per il periodo di permanenza del/la Delegato/a all'estero e non oltre il rientro in Italia.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https://documenti-esperti.com/delega-a-condurre-auto-all-estero/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lega-a-condurre-auto-all-ester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