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DELEGA PER RITIRO BIGLIETTO CONCERTO</w:t>
      </w:r>
    </w:p>
    <w:p/>
    <w:p/>
    <w:p>
      <w:r>
        <w:rPr>
          <w:b/>
          <w:sz w:val="20"/>
        </w:rPr>
        <w:t>Il sottoscritto/a 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Residenza : ______________________________________________________</w:t>
      </w:r>
    </w:p>
    <w:p/>
    <w:p>
      <w:pPr>
        <w:jc w:val="center"/>
      </w:pPr>
      <w:r>
        <w:rPr>
          <w:b/>
          <w:sz w:val="20"/>
        </w:rPr>
        <w:t>DELEGA</w:t>
      </w:r>
    </w:p>
    <w:p/>
    <w:p>
      <w:r>
        <w:rPr>
          <w:b/>
          <w:sz w:val="20"/>
        </w:rPr>
        <w:t>Con la presente delega, autorizza il Sig./la Sig.ra 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Residenza : ______________________________________________________</w:t>
      </w:r>
    </w:p>
    <w:p/>
    <w:p>
      <w:r>
        <w:rPr>
          <w:b/>
          <w:sz w:val="20"/>
        </w:rPr>
        <w:t>a ritirare per mio conto il biglietto relativo al concerto di seguito indicato:</w:t>
      </w:r>
    </w:p>
    <w:p>
      <w:r>
        <w:rPr>
          <w:b w:val="0"/>
          <w:sz w:val="20"/>
        </w:rPr>
        <w:t>Evento : _________________________________________________________</w:t>
      </w:r>
    </w:p>
    <w:p>
      <w:r>
        <w:rPr>
          <w:b w:val="0"/>
          <w:sz w:val="20"/>
        </w:rPr>
        <w:t>Data e Ora : _____________________________________________________</w:t>
      </w:r>
    </w:p>
    <w:p>
      <w:r>
        <w:rPr>
          <w:b w:val="0"/>
          <w:sz w:val="20"/>
        </w:rPr>
        <w:t>Luogo : __________________________________________________________</w:t>
      </w:r>
    </w:p>
    <w:p/>
    <w:p>
      <w:r>
        <w:rPr>
          <w:b/>
          <w:sz w:val="20"/>
        </w:rPr>
        <w:t>Il delegato si impegna a presentare un valido documento di identità al momento del ritiro.</w:t>
      </w:r>
    </w:p>
    <w:p/>
    <w:p>
      <w:r>
        <w:rPr>
          <w:b/>
          <w:sz w:val="20"/>
        </w:rPr>
        <w:t>La presente delega è valida esclusivamente per il ritiro del biglietto sopra indicato e non costituisce autorizzazione a compiere altre operazioni o a rappresentarmi in altre sedi.</w:t>
      </w:r>
    </w:p>
    <w:p/>
    <w:p/>
    <w:p>
      <w:r>
        <w:rPr>
          <w:b/>
          <w:sz w:val="20"/>
        </w:rPr>
        <w:t>Dichiarazioni del delegante</w:t>
      </w:r>
    </w:p>
    <w:p>
      <w:r>
        <w:rPr>
          <w:b w:val="0"/>
          <w:sz w:val="20"/>
        </w:rPr>
        <w:t>Il sottoscritto dichiara di assumersi ogni responsabilità per eventuali conseguenze derivanti dall’uso improprio della presente delega, esonerando l'organizzatore e il punto di ritiro da qualsiasi responsabilità.</w:t>
      </w:r>
    </w:p>
    <w:p/>
    <w:p>
      <w:r>
        <w:rPr>
          <w:b/>
          <w:sz w:val="20"/>
        </w:rPr>
        <w:t>Privacy</w:t>
      </w:r>
    </w:p>
    <w:p>
      <w:r>
        <w:rPr>
          <w:b w:val="0"/>
          <w:sz w:val="20"/>
        </w:rPr>
        <w:t>Con la firma della presente delega, il sottoscritto autorizza il trattamento dei dati personali esclusivamente ai fini del ritiro del biglietto, in conformità al Regolamento UE 2016/679 (GDPR).</w:t>
      </w:r>
    </w:p>
    <w:p/>
    <w:p/>
    <w:p>
      <w:r>
        <w:rPr>
          <w:b w:val="0"/>
          <w:sz w:val="20"/>
        </w:rPr>
        <w:t>Luogo : ___________________________________________________________</w:t>
      </w:r>
    </w:p>
    <w:p>
      <w:r>
        <w:rPr>
          <w:b w:val="0"/>
          <w:sz w:val="20"/>
        </w:rPr>
        <w:t>Firma del delegante : 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https://documenti-esperti.com/delega-biglietto-concerto/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delega-biglietto-concert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