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DELEGA PER DENUNCIA AI CARABINIERI</w:t>
      </w:r>
    </w:p>
    <w:p/>
    <w:p/>
    <w:p>
      <w:r>
        <w:rPr>
          <w:b w:val="0"/>
          <w:sz w:val="20"/>
        </w:rPr>
        <w:t>Io sottoscritto/a,</w:t>
      </w:r>
    </w:p>
    <w:p>
      <w:r>
        <w:rPr>
          <w:b w:val="0"/>
          <w:sz w:val="20"/>
        </w:rPr>
        <w:t>Nome e Cognome : _______________________________________________</w:t>
      </w:r>
    </w:p>
    <w:p>
      <w:r>
        <w:rPr>
          <w:b w:val="0"/>
          <w:sz w:val="20"/>
        </w:rPr>
        <w:t>Nato/a a : __________________________________ Data di nascita : __________________</w:t>
      </w:r>
    </w:p>
    <w:p>
      <w:r>
        <w:rPr>
          <w:b w:val="0"/>
          <w:sz w:val="20"/>
        </w:rPr>
        <w:t>Codice Fiscale : _________________________________________________</w:t>
      </w:r>
    </w:p>
    <w:p>
      <w:r>
        <w:rPr>
          <w:b w:val="0"/>
          <w:sz w:val="20"/>
        </w:rPr>
        <w:t>Residente in : _________________________________________________</w:t>
      </w:r>
    </w:p>
    <w:p>
      <w:r>
        <w:rPr>
          <w:b w:val="0"/>
          <w:sz w:val="20"/>
        </w:rPr>
        <w:t>Via/Piazza : ____________________________________________________</w:t>
      </w:r>
    </w:p>
    <w:p/>
    <w:p>
      <w:r>
        <w:rPr>
          <w:b w:val="0"/>
          <w:sz w:val="20"/>
        </w:rPr>
        <w:t>DELEGO</w:t>
      </w:r>
    </w:p>
    <w:p>
      <w:r>
        <w:rPr>
          <w:b w:val="0"/>
          <w:sz w:val="20"/>
        </w:rPr>
        <w:t>Nome e Cognome del delegato : ____________________________________</w:t>
      </w:r>
    </w:p>
    <w:p>
      <w:r>
        <w:rPr>
          <w:b w:val="0"/>
          <w:sz w:val="20"/>
        </w:rPr>
        <w:t>Nato/a a : __________________________________ Data di nascita : __________________</w:t>
      </w:r>
    </w:p>
    <w:p>
      <w:r>
        <w:rPr>
          <w:b w:val="0"/>
          <w:sz w:val="20"/>
        </w:rPr>
        <w:t>Codice Fiscale : _________________________________________________</w:t>
      </w:r>
    </w:p>
    <w:p>
      <w:r>
        <w:rPr>
          <w:b w:val="0"/>
          <w:sz w:val="20"/>
        </w:rPr>
        <w:t>Residente in : _________________________________________________</w:t>
      </w:r>
    </w:p>
    <w:p>
      <w:r>
        <w:rPr>
          <w:b w:val="0"/>
          <w:sz w:val="20"/>
        </w:rPr>
        <w:t>Via/Piazza : ____________________________________________________</w:t>
      </w:r>
    </w:p>
    <w:p/>
    <w:p>
      <w:r>
        <w:rPr>
          <w:b w:val="0"/>
          <w:sz w:val="20"/>
        </w:rPr>
        <w:t>a presentare, per mio conto e in mia vece, denuncia presso l'Arma dei Carabinieri relativamente ai fatti di seguito descritti:</w:t>
      </w:r>
    </w:p>
    <w:p/>
    <w:p>
      <w:r>
        <w:rPr>
          <w:b w:val="0"/>
          <w:sz w:val="20"/>
        </w:rPr>
        <w:t>Descrizione dettagliata dei fatti oggetto della denuncia:</w:t>
      </w:r>
    </w:p>
    <w:p>
      <w:r>
        <w:rPr>
          <w:b w:val="0"/>
          <w:sz w:val="20"/>
        </w:rPr>
        <w:t>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</w:t>
      </w:r>
    </w:p>
    <w:p/>
    <w:p>
      <w:r>
        <w:rPr>
          <w:b w:val="0"/>
          <w:sz w:val="20"/>
        </w:rPr>
        <w:t>Dichiaro che quanto sopra corrisponde a verità e assumo ogni responsabilità in merito alle dichiarazioni rese.</w:t>
      </w:r>
    </w:p>
    <w:p/>
    <w:p>
      <w:r>
        <w:rPr>
          <w:b w:val="0"/>
          <w:sz w:val="20"/>
        </w:rPr>
        <w:t>Il delegato si impegna a fornire ogni informazione e documentazione necessaria per il corretto espletamento della denuncia.</w:t>
      </w:r>
    </w:p>
    <w:p/>
    <w:p/>
    <w:p>
      <w:r>
        <w:rPr>
          <w:b w:val="0"/>
          <w:sz w:val="20"/>
        </w:rPr>
        <w:t>Luogo : __________________________________________________________</w:t>
      </w:r>
    </w:p>
    <w:p>
      <w:r>
        <w:rPr>
          <w:b w:val="0"/>
          <w:sz w:val="20"/>
        </w:rPr>
        <w:t>Firma del delegante : _____________________________________________</w:t>
      </w:r>
    </w:p>
    <w:p/>
    <w:p/>
    <w:p>
      <w:r>
        <w:rPr>
          <w:b w:val="0"/>
          <w:sz w:val="20"/>
        </w:rPr>
        <w:t>Firma del delegato : 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DELEGANTE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DELEGATO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/>
    <w:p/>
    <w:p>
      <w:pPr>
        <w:jc w:val="center"/>
      </w:pPr>
      <w:r>
        <w:rPr>
          <w:b w:val="0"/>
          <w:sz w:val="20"/>
        </w:rPr>
        <w:t>Nota: Il presente documento ha valore legale ai sensi della normativa vigente in Italia e deve essere compilato in ogni sua parte.</w:t>
      </w:r>
    </w:p>
    <w:p>
      <w:pPr>
        <w:jc w:val="center"/>
      </w:pPr>
      <w:r>
        <w:rPr>
          <w:b w:val="0"/>
          <w:sz w:val="20"/>
        </w:rPr>
        <w:t>Si consiglia di allegare copia documento d'identità del delegante e del delegato.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https://documenti-esperti.com/delega-per-denuncia-carabinieri/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delega-per-denuncia-carabinieri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