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DELEGA RITIRO CARTA DI CREDITO</w:t>
      </w:r>
    </w:p>
    <w:p/>
    <w:p/>
    <w:p>
      <w:r>
        <w:rPr>
          <w:b w:val="0"/>
          <w:sz w:val="20"/>
        </w:rPr>
        <w:t>Il sottoscritto/a,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Codice Fiscale : ________________________________________________</w:t>
      </w:r>
    </w:p>
    <w:p>
      <w:r>
        <w:rPr>
          <w:b w:val="0"/>
          <w:sz w:val="20"/>
        </w:rPr>
        <w:t>Residenza : _____________________________________________________</w:t>
      </w:r>
    </w:p>
    <w:p>
      <w:r>
        <w:rPr>
          <w:b w:val="0"/>
          <w:sz w:val="20"/>
        </w:rPr>
        <w:t>Documento di Identità (Tipo e Numero) : ___________________________</w:t>
      </w:r>
    </w:p>
    <w:p/>
    <w:p>
      <w:r>
        <w:rPr>
          <w:b w:val="0"/>
          <w:sz w:val="20"/>
        </w:rPr>
        <w:t>in qualità di titolare della Carta di Credito n. ____________________________ rilasciata da ________________________________,</w:t>
      </w:r>
    </w:p>
    <w:p/>
    <w:p>
      <w:r>
        <w:rPr>
          <w:b/>
          <w:sz w:val="20"/>
        </w:rPr>
        <w:t>DELEGA</w:t>
      </w:r>
    </w:p>
    <w:p/>
    <w:p>
      <w:r>
        <w:rPr>
          <w:b w:val="0"/>
          <w:sz w:val="20"/>
        </w:rPr>
        <w:t>delegando il Sig./la Sig.ra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Codice Fiscale : ________________________________________________</w:t>
      </w:r>
    </w:p>
    <w:p>
      <w:r>
        <w:rPr>
          <w:b w:val="0"/>
          <w:sz w:val="20"/>
        </w:rPr>
        <w:t>Residenza : _____________________________________________________</w:t>
      </w:r>
    </w:p>
    <w:p>
      <w:r>
        <w:rPr>
          <w:b w:val="0"/>
          <w:sz w:val="20"/>
        </w:rPr>
        <w:t>Documento di Identità (Tipo e Numero) : ___________________________</w:t>
      </w:r>
    </w:p>
    <w:p/>
    <w:p>
      <w:r>
        <w:rPr>
          <w:b w:val="0"/>
          <w:sz w:val="20"/>
        </w:rPr>
        <w:t>a ritirare per mio conto la suddetta Carta di Credito presso l'istituto emittente o l'ente preposto, con tutti i poteri necessari per la firma di ricevute e documenti relativi al ritiro.</w:t>
      </w:r>
    </w:p>
    <w:p/>
    <w:p>
      <w:r>
        <w:rPr>
          <w:b/>
          <w:sz w:val="20"/>
        </w:rPr>
        <w:t>DICHIARAZIONI</w:t>
      </w:r>
    </w:p>
    <w:p/>
    <w:p>
      <w:r>
        <w:rPr>
          <w:b w:val="0"/>
          <w:sz w:val="20"/>
        </w:rPr>
        <w:t>Il delegante dichiara di assumere ogni responsabilità per eventuali usi impropri della Carta di Credito dopo il ritiro da parte del delegato,</w:t>
      </w:r>
    </w:p>
    <w:p>
      <w:r>
        <w:rPr>
          <w:b w:val="0"/>
          <w:sz w:val="20"/>
        </w:rPr>
        <w:t>e di sollevare l'istituto emittente e ogni altro soggetto coinvolto da ogni responsabilità relativa al ritiro effettuato dal delegato.</w:t>
      </w:r>
    </w:p>
    <w:p/>
    <w:p>
      <w:r>
        <w:rPr>
          <w:b w:val="0"/>
          <w:sz w:val="20"/>
        </w:rPr>
        <w:t>Il delegato si impegna a utilizzare la presente delega esclusivamente per il ritiro della Carta di Credito sopra indicata e a restituire copia della presente delega al delegante dopo l'adempimento.</w:t>
      </w:r>
    </w:p>
    <w:p/>
    <w:p>
      <w:r>
        <w:rPr>
          <w:b/>
          <w:sz w:val="20"/>
        </w:rPr>
        <w:t>TRATTAMENTO DATI PERSONALI</w:t>
      </w:r>
    </w:p>
    <w:p/>
    <w:p>
      <w:r>
        <w:rPr>
          <w:b w:val="0"/>
          <w:sz w:val="20"/>
        </w:rPr>
        <w:t>Ai sensi del Regolamento UE 2016/679 (GDPR) e del D.Lgs. 196/2003 e ss.mm.ii., il sottoscritto autorizza il trattamento dei dati personali contenuti nella presente delega esclusivamente per le finalità connesse al ritiro della Carta di Credito, nel rispetto della normativa vigente.</w:t>
      </w:r>
    </w:p>
    <w:p/>
    <w:p>
      <w:r>
        <w:rPr>
          <w:b w:val="0"/>
          <w:sz w:val="20"/>
        </w:rPr>
        <w:t>Luogo : ____________________________________</w:t>
      </w:r>
    </w:p>
    <w:p>
      <w:r>
        <w:rPr>
          <w:b w:val="0"/>
          <w:sz w:val="20"/>
        </w:rPr>
        <w:t>Firma del delegante : _______________________________</w:t>
      </w:r>
    </w:p>
    <w:p/>
    <w:p/>
    <w:p>
      <w:r>
        <w:rPr>
          <w:b w:val="0"/>
          <w:sz w:val="20"/>
        </w:rPr>
        <w:t>Firma del delegato : 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https://documenti-esperti.com/delega-ritiro-carta-di-credito/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delega-ritiro-carta-di-credit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