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DELEGA PER LA VENDITA DI AUTOVEICOLO</w:t>
      </w:r>
    </w:p>
    <w:p/>
    <w:p>
      <w:r>
        <w:rPr>
          <w:b w:val="0"/>
          <w:sz w:val="20"/>
        </w:rPr>
        <w:t>Il/La sottoscritto/a, di seguito denominato/a 'Delegante',</w:t>
      </w:r>
    </w:p>
    <w:p>
      <w:r>
        <w:rPr>
          <w:b w:val="0"/>
          <w:sz w:val="20"/>
        </w:rPr>
        <w:t>con domicilio/residenza in ______________________________________________________</w:t>
      </w:r>
    </w:p>
    <w:p>
      <w:r>
        <w:rPr>
          <w:b w:val="0"/>
          <w:sz w:val="20"/>
        </w:rPr>
        <w:t>codice fiscale ________________________________________________________________,</w:t>
      </w:r>
    </w:p>
    <w:p/>
    <w:p>
      <w:r>
        <w:rPr>
          <w:b/>
          <w:sz w:val="20"/>
        </w:rPr>
        <w:t>con la presente conferisce delega a:</w:t>
      </w:r>
    </w:p>
    <w:p>
      <w:r>
        <w:rPr>
          <w:b w:val="0"/>
          <w:sz w:val="20"/>
        </w:rPr>
        <w:t>Nome e Cognome (Delegato): ____________________________________________________</w:t>
      </w:r>
    </w:p>
    <w:p>
      <w:r>
        <w:rPr>
          <w:b w:val="0"/>
          <w:sz w:val="20"/>
        </w:rPr>
        <w:t>Residenza: _________________________________________________________________</w:t>
      </w:r>
    </w:p>
    <w:p>
      <w:r>
        <w:rPr>
          <w:b w:val="0"/>
          <w:sz w:val="20"/>
        </w:rPr>
        <w:t>Codice Fiscale: ______________________________________________________________</w:t>
      </w:r>
    </w:p>
    <w:p/>
    <w:p>
      <w:r>
        <w:rPr>
          <w:b/>
          <w:sz w:val="20"/>
        </w:rPr>
        <w:t>1. OGGETTO DELLA DELEGA</w:t>
      </w:r>
    </w:p>
    <w:p>
      <w:r>
        <w:rPr>
          <w:b w:val="0"/>
          <w:sz w:val="20"/>
        </w:rPr>
        <w:t>Il Delegante conferisce al Delegato il potere di vendere in suo nome e per suo conto il seguente autoveicolo:</w:t>
      </w:r>
    </w:p>
    <w:p>
      <w:r>
        <w:rPr>
          <w:b w:val="0"/>
          <w:sz w:val="20"/>
        </w:rPr>
        <w:t>Marca: ____________________________  Modello: ________________________________</w:t>
      </w:r>
    </w:p>
    <w:p>
      <w:r>
        <w:rPr>
          <w:b w:val="0"/>
          <w:sz w:val="20"/>
        </w:rPr>
        <w:t>Anno di immatricolazione: ______________  Targa: ______________________________</w:t>
      </w:r>
    </w:p>
    <w:p>
      <w:r>
        <w:rPr>
          <w:b w:val="0"/>
          <w:sz w:val="20"/>
        </w:rPr>
        <w:t>Numero di telaio: _____________________________________________________________</w:t>
      </w:r>
    </w:p>
    <w:p/>
    <w:p>
      <w:r>
        <w:rPr>
          <w:b/>
          <w:sz w:val="20"/>
        </w:rPr>
        <w:t>2. POTERI CONFERITI</w:t>
      </w:r>
    </w:p>
    <w:p>
      <w:r>
        <w:rPr>
          <w:b w:val="0"/>
          <w:sz w:val="20"/>
        </w:rPr>
        <w:t>Il Delegato è autorizzato a compiere tutti gli atti necessari e consequenziali per la vendita dell'autoveicolo sopra descritto, compresi ma non limitati a:</w:t>
      </w:r>
    </w:p>
    <w:p>
      <w:r>
        <w:rPr>
          <w:b w:val="0"/>
          <w:sz w:val="20"/>
        </w:rPr>
        <w:t>a) trattare e concludere la vendita con terzi;</w:t>
      </w:r>
    </w:p>
    <w:p>
      <w:r>
        <w:rPr>
          <w:b w:val="0"/>
          <w:sz w:val="20"/>
        </w:rPr>
        <w:t>b) firmare il contratto di vendita;</w:t>
      </w:r>
    </w:p>
    <w:p>
      <w:r>
        <w:rPr>
          <w:b w:val="0"/>
          <w:sz w:val="20"/>
        </w:rPr>
        <w:t>c) ritirare eventuali documenti relativi alla vendita;</w:t>
      </w:r>
    </w:p>
    <w:p>
      <w:r>
        <w:rPr>
          <w:b w:val="0"/>
          <w:sz w:val="20"/>
        </w:rPr>
        <w:t>d) consegnare l'autoveicolo all'acquirente;</w:t>
      </w:r>
    </w:p>
    <w:p>
      <w:r>
        <w:rPr>
          <w:b w:val="0"/>
          <w:sz w:val="20"/>
        </w:rPr>
        <w:t>e) effettuare le pratiche amministrative necessarie presso gli uffici competenti.</w:t>
      </w:r>
    </w:p>
    <w:p/>
    <w:p>
      <w:r>
        <w:rPr>
          <w:b/>
          <w:sz w:val="20"/>
        </w:rPr>
        <w:t>3. DURATA DELLA DELEGA</w:t>
      </w:r>
    </w:p>
    <w:p>
      <w:r>
        <w:rPr>
          <w:b w:val="0"/>
          <w:sz w:val="20"/>
        </w:rPr>
        <w:t>La presente delega ha validità a partire dal momento della sua sottoscrizione fino alla conclusione della vendita del veicolo o fino a revoca scritta del Delegante.</w:t>
      </w:r>
    </w:p>
    <w:p/>
    <w:p>
      <w:r>
        <w:rPr>
          <w:b/>
          <w:sz w:val="20"/>
        </w:rPr>
        <w:t>4. DICHIARAZIONI E GARANZIE</w:t>
      </w:r>
    </w:p>
    <w:p>
      <w:r>
        <w:rPr>
          <w:b w:val="0"/>
          <w:sz w:val="20"/>
        </w:rPr>
        <w:t>Il Delegante dichiara e garantisce che l'autoveicolo è libero da vincoli, ipoteche o altri gravami che possano pregiudicare la vendita e che è in regola con le disposizioni di legge vigenti.</w:t>
      </w:r>
    </w:p>
    <w:p/>
    <w:p>
      <w:r>
        <w:rPr>
          <w:b/>
          <w:sz w:val="20"/>
        </w:rPr>
        <w:t>5. RESPONSABILITÀ</w:t>
      </w:r>
    </w:p>
    <w:p>
      <w:r>
        <w:rPr>
          <w:b w:val="0"/>
          <w:sz w:val="20"/>
        </w:rPr>
        <w:t>Il Delegante si impegna a manlevare e tenere indenne il Delegato da qualsiasi responsabilità derivante dall'esercizio dei poteri conferiti con la presente delega, purché esercitati nell'ambito delle facoltà attribuite.</w:t>
      </w:r>
    </w:p>
    <w:p/>
    <w:p>
      <w:r>
        <w:rPr>
          <w:b/>
          <w:sz w:val="20"/>
        </w:rPr>
        <w:t>6. FORO COMPETENTE</w:t>
      </w:r>
    </w:p>
    <w:p>
      <w:r>
        <w:rPr>
          <w:b w:val="0"/>
          <w:sz w:val="20"/>
        </w:rPr>
        <w:t>Per qualsiasi controversia relativa alla presente delega sarà competente in via esclusiva il Foro di _______________________________.</w:t>
      </w:r>
    </w:p>
    <w:p/>
    <w:p/>
    <w:p>
      <w:r>
        <w:rPr>
          <w:b w:val="0"/>
          <w:sz w:val="20"/>
        </w:rPr>
        <w:t>Luogo: ___________________________________</w:t>
      </w:r>
    </w:p>
    <w:p>
      <w:r>
        <w:rPr>
          <w:b w:val="0"/>
          <w:sz w:val="20"/>
        </w:rPr>
        <w:t>Data: 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DELEGANTE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DELEGATO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e Cognome: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e Cognome: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https://documenti-esperti.com/delega-vendita-auto/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https://documenti-esperti.com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documenti-esperti.com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i-esperti.com/delega-vendita-auto/" TargetMode="External"/><Relationship Id="rId10" Type="http://schemas.openxmlformats.org/officeDocument/2006/relationships/hyperlink" Target="https://documenti-espert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