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DENUNCIA DI INFORTUNIO SUL LAVORO</w:t>
      </w:r>
    </w:p>
    <w:p/>
    <w:p>
      <w:r>
        <w:rPr>
          <w:b/>
          <w:sz w:val="20"/>
        </w:rPr>
        <w:t>Il sottoscritto/a, con la presente denuncia l’infortunio occorso durante lo svolgimento della propria attività lavorativa.</w:t>
      </w:r>
    </w:p>
    <w:p/>
    <w:p/>
    <w:p>
      <w:r>
        <w:rPr>
          <w:b/>
          <w:sz w:val="20"/>
        </w:rPr>
        <w:t>DATI DEL LAVORATORE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Data di nascita : _________________________________________________</w:t>
      </w:r>
    </w:p>
    <w:p>
      <w:r>
        <w:rPr>
          <w:b w:val="0"/>
          <w:sz w:val="20"/>
        </w:rPr>
        <w:t>Codice Fiscale : _________________________________________________</w:t>
      </w:r>
    </w:p>
    <w:p>
      <w:r>
        <w:rPr>
          <w:b w:val="0"/>
          <w:sz w:val="20"/>
        </w:rPr>
        <w:t>Indirizzo di residenza : __________________________________________</w:t>
      </w:r>
    </w:p>
    <w:p>
      <w:r>
        <w:rPr>
          <w:b w:val="0"/>
          <w:sz w:val="20"/>
        </w:rPr>
        <w:t>Numero di telefono : ______________________________________________</w:t>
      </w:r>
    </w:p>
    <w:p>
      <w:r>
        <w:rPr>
          <w:b w:val="0"/>
          <w:sz w:val="20"/>
        </w:rPr>
        <w:t>Qualifica/ mansione svolta : ______________________________________</w:t>
      </w:r>
    </w:p>
    <w:p/>
    <w:p>
      <w:r>
        <w:rPr>
          <w:b/>
          <w:sz w:val="20"/>
        </w:rPr>
        <w:t>DATI DEL DATORE DI LAVORO</w:t>
      </w:r>
    </w:p>
    <w:p>
      <w:r>
        <w:rPr>
          <w:b w:val="0"/>
          <w:sz w:val="20"/>
        </w:rPr>
        <w:t>Ragione Sociale / Nome Azienda : _________________________________</w:t>
      </w:r>
    </w:p>
    <w:p>
      <w:r>
        <w:rPr>
          <w:b w:val="0"/>
          <w:sz w:val="20"/>
        </w:rPr>
        <w:t>Sede legale : _____________________________________________________</w:t>
      </w:r>
    </w:p>
    <w:p>
      <w:r>
        <w:rPr>
          <w:b w:val="0"/>
          <w:sz w:val="20"/>
        </w:rPr>
        <w:t>Partita IVA / Codice Fiscale : _____________________________________</w:t>
      </w:r>
    </w:p>
    <w:p>
      <w:r>
        <w:rPr>
          <w:b w:val="0"/>
          <w:sz w:val="20"/>
        </w:rPr>
        <w:t>Telefono : ________________________________________________________</w:t>
      </w:r>
    </w:p>
    <w:p/>
    <w:p>
      <w:r>
        <w:rPr>
          <w:b/>
          <w:sz w:val="20"/>
        </w:rPr>
        <w:t>DESCRIZIONE DELL’INFORTUNIO</w:t>
      </w:r>
    </w:p>
    <w:p>
      <w:r>
        <w:rPr>
          <w:b w:val="0"/>
          <w:sz w:val="20"/>
        </w:rPr>
        <w:t>Luogo dell’infortunio : ____________________________________________</w:t>
      </w:r>
    </w:p>
    <w:p>
      <w:r>
        <w:rPr>
          <w:b w:val="0"/>
          <w:sz w:val="20"/>
        </w:rPr>
        <w:t>Data e ora dell’infortunio : _______________________________________</w:t>
      </w:r>
    </w:p>
    <w:p>
      <w:r>
        <w:rPr>
          <w:b w:val="0"/>
          <w:sz w:val="20"/>
        </w:rPr>
        <w:t>Descrizione dettagliata dell’infortunio e delle circostanze in cui è avvenuto:</w:t>
      </w:r>
    </w:p>
    <w:p>
      <w:r>
        <w:t>__________________________________________________________________________</w:t>
        <w:br/>
        <w:t>__________________________________________________________________________</w:t>
        <w:br/>
        <w:t>__________________________________________________________________________</w:t>
        <w:br/>
        <w:t>__________________________________________________________________________</w:t>
        <w:br/>
        <w:t>__________________________________________________________________________</w:t>
        <w:br/>
      </w:r>
    </w:p>
    <w:p/>
    <w:p>
      <w:r>
        <w:rPr>
          <w:b/>
          <w:sz w:val="20"/>
        </w:rPr>
        <w:t>CONSEGUENZE E LESIONI RIPORTATE</w:t>
      </w:r>
    </w:p>
    <w:p>
      <w:r>
        <w:rPr>
          <w:b w:val="0"/>
          <w:sz w:val="20"/>
        </w:rPr>
        <w:t>Descrizione delle lesioni riportate e degli eventuali trattamenti medici ricevuti:</w:t>
      </w:r>
    </w:p>
    <w:p>
      <w:r>
        <w:t>__________________________________________________________________________</w:t>
        <w:br/>
        <w:t>__________________________________________________________________________</w:t>
        <w:br/>
        <w:t>__________________________________________________________________________</w:t>
        <w:br/>
        <w:t>__________________________________________________________________________</w:t>
        <w:br/>
        <w:t>__________________________________________________________________________</w:t>
        <w:br/>
      </w:r>
    </w:p>
    <w:p/>
    <w:p>
      <w:r>
        <w:rPr>
          <w:b/>
          <w:sz w:val="20"/>
        </w:rPr>
        <w:t>TESTIMONI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Contatto (telefono/email) : ________________________________________</w:t>
      </w:r>
    </w:p>
    <w:p>
      <w:r>
        <w:rPr>
          <w:b w:val="0"/>
          <w:sz w:val="20"/>
        </w:rPr>
        <w:t>Nome e Cognome : _________________________________________________</w:t>
      </w:r>
    </w:p>
    <w:p>
      <w:r>
        <w:rPr>
          <w:b w:val="0"/>
          <w:sz w:val="20"/>
        </w:rPr>
        <w:t>Contatto (telefono/email) : ________________________________________</w:t>
      </w:r>
    </w:p>
    <w:p/>
    <w:p>
      <w:r>
        <w:rPr>
          <w:b/>
          <w:sz w:val="20"/>
        </w:rPr>
        <w:t>DICHIARAZIONE</w:t>
      </w:r>
    </w:p>
    <w:p>
      <w:r>
        <w:rPr>
          <w:b w:val="0"/>
          <w:sz w:val="20"/>
        </w:rPr>
        <w:t>Il sottoscritto dichiara che quanto sopra riportato corrisponde al vero e che fornirà eventuali ulteriori informazioni qualora richiesto dalle autorità competenti.</w:t>
      </w:r>
    </w:p>
    <w:p/>
    <w:p/>
    <w:p>
      <w:r>
        <w:rPr>
          <w:b w:val="0"/>
          <w:sz w:val="20"/>
        </w:rPr>
        <w:t>Luogo : ____________________________________________________________</w:t>
      </w:r>
    </w:p>
    <w:p>
      <w:r>
        <w:rPr>
          <w:b w:val="0"/>
          <w:sz w:val="20"/>
        </w:rPr>
        <w:t>Data : _____________________________________________________________</w:t>
      </w:r>
    </w:p>
    <w:p/>
    <w:p/>
    <w:p>
      <w:r>
        <w:rPr>
          <w:b w:val="0"/>
          <w:sz w:val="20"/>
        </w:rPr>
        <w:t>Firma del lavoratore : ______________________________________________</w:t>
      </w:r>
    </w:p>
    <w:p/>
    <w:p/>
    <w:p/>
    <w:p/>
    <w:p>
      <w:r>
        <w:rPr>
          <w:b w:val="0"/>
          <w:sz w:val="20"/>
        </w:rPr>
        <w:t>Firma del datore di lavoro (o suo rappresentante) : __________________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Lavoratore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Datore di Lavoro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https://documenti-esperti.com/denuncia-infortunio-fac-simile/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denuncia-infortunio-fac-simil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