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DIFFIDA AD ADEMPIERE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Nome/Cognome o Ragione Sociale: ________________________________________</w:t>
      </w:r>
    </w:p>
    <w:p>
      <w:r>
        <w:rPr>
          <w:b w:val="0"/>
          <w:sz w:val="20"/>
        </w:rPr>
        <w:t>Indirizzo: ______________________________________________________________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</w:t>
      </w:r>
    </w:p>
    <w:p>
      <w:r>
        <w:rPr>
          <w:b w:val="0"/>
          <w:sz w:val="20"/>
        </w:rPr>
        <w:t>Telefono: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Nome/Cognome o Ragione Sociale: ________________________________________</w:t>
      </w:r>
    </w:p>
    <w:p>
      <w:r>
        <w:rPr>
          <w:b w:val="0"/>
          <w:sz w:val="20"/>
        </w:rPr>
        <w:t>Indirizzo: ______________________________________________________________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</w:t>
      </w:r>
    </w:p>
    <w:p/>
    <w:p/>
    <w:p>
      <w:r>
        <w:rPr>
          <w:b/>
          <w:sz w:val="20"/>
        </w:rPr>
        <w:t>Oggetto: Diffida ad adempiere ai sensi dell’art. 1454 c.c. e successive disposizioni</w:t>
      </w:r>
    </w:p>
    <w:p/>
    <w:p>
      <w:r>
        <w:rPr>
          <w:b w:val="0"/>
          <w:sz w:val="20"/>
        </w:rPr>
        <w:t>Il/La sottoscritto/a ____________________________________, nato/a a ________________, il __________________, residente in ________________________________, in qualità di ________________________________________________,</w:t>
      </w:r>
    </w:p>
    <w:p>
      <w:r>
        <w:rPr>
          <w:b w:val="0"/>
          <w:sz w:val="20"/>
        </w:rPr>
        <w:t>con la presente intende formalmente diffidare codesto/a Sig./Sig.ra o Società ____________________________________________, con sede legale in ________________, a provvedere al puntuale e completo adempimento delle obbligazioni derivanti dal contratto stipulato in data ________________, relativo a ______________________________________.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a) In data _______________ è stato stipulato tra le parti il contratto sopra indicato;</w:t>
      </w:r>
    </w:p>
    <w:p>
      <w:r>
        <w:rPr>
          <w:b w:val="0"/>
          <w:sz w:val="20"/>
        </w:rPr>
        <w:t>b) Il sottoscritto ha adempiuto regolarmente a tutte le proprie obbligazioni contrattuali;</w:t>
      </w:r>
    </w:p>
    <w:p>
      <w:r>
        <w:rPr>
          <w:b w:val="0"/>
          <w:sz w:val="20"/>
        </w:rPr>
        <w:t>c) Codesto/a destinatario/a non ha ottemperato agli obblighi contrattuali previsti, consistenti in:</w:t>
      </w:r>
    </w:p>
    <w:p>
      <w:r>
        <w:rPr>
          <w:b w:val="0"/>
          <w:sz w:val="20"/>
        </w:rPr>
        <w:t xml:space="preserve">   ___________________________________________________________________________;</w:t>
      </w:r>
    </w:p>
    <w:p>
      <w:r>
        <w:rPr>
          <w:b w:val="0"/>
          <w:sz w:val="20"/>
        </w:rPr>
        <w:t>d) Tale inadempimento ha causato danni e disagi rilevanti, con conseguenze giuridiche rilevanti;</w:t>
      </w:r>
    </w:p>
    <w:p/>
    <w:p>
      <w:r>
        <w:rPr>
          <w:b w:val="0"/>
          <w:sz w:val="20"/>
        </w:rPr>
        <w:t>Per tutto quanto sopra, con la presente diffida formalmente codesto/a Sig./Sig.ra o Società a voler adempiere entro e non oltre 15 (quindici) giorni dalla ricezione della presente, tutte le obbligazioni contrattuali pendenti e non ancora eseguite, ai sensi e per gli effetti dell’art. 1454 del Codice Civile.</w:t>
      </w:r>
    </w:p>
    <w:p>
      <w:r>
        <w:rPr>
          <w:b w:val="0"/>
          <w:sz w:val="20"/>
        </w:rPr>
        <w:t>Si avverte che, in difetto di adempimento entro il termine indicato, si procederà senza ulteriore avviso al recesso dal contratto e all’eventuale escussione delle garanzie e al risarcimento dei danni subiti, con eventuale ricorso alle autorità giudiziarie competenti.</w:t>
      </w:r>
    </w:p>
    <w:p/>
    <w:p>
      <w:r>
        <w:rPr>
          <w:b/>
          <w:sz w:val="20"/>
        </w:rPr>
        <w:t>Si precisa altresì che la presente costituisce formale messa in mora ai sensi dell’art. 1219 c.c. e ai sensi dell’art. 1454 c.c. costituisce clausola risolutiva espressa del contratto.</w:t>
      </w:r>
    </w:p>
    <w:p/>
    <w:p>
      <w:r>
        <w:rPr>
          <w:b w:val="0"/>
          <w:sz w:val="20"/>
        </w:rPr>
        <w:t>Si invita pertanto codesto/a destinatario/a a voler confermare per iscritto l’avvenuto adempimento, qualora avvenuto, ovvero a comunicare eventuali motivazioni di mancato o parziale adempimento.</w:t>
      </w:r>
    </w:p>
    <w:p/>
    <w:p/>
    <w:p>
      <w:r>
        <w:rPr>
          <w:b w:val="0"/>
          <w:sz w:val="20"/>
        </w:rPr>
        <w:t>Luogo: _______________________________________________________________</w:t>
      </w:r>
    </w:p>
    <w:p>
      <w:r>
        <w:rPr>
          <w:b w:val="0"/>
          <w:sz w:val="20"/>
        </w:rPr>
        <w:t>Firma: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https://documenti-esperti.com/diffida-ad-adempiere-fac-simile/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diffida-ad-adempiere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