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EMAIL DI SCUSE PER RITARDO PAGAMENTO</w:t>
      </w:r>
    </w:p>
    <w:p/>
    <w:p/>
    <w:p>
      <w:r>
        <w:rPr>
          <w:b/>
          <w:sz w:val="20"/>
        </w:rPr>
        <w:t>Spett.le :</w:t>
      </w:r>
    </w:p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Indirizzo : __________________________________</w:t>
      </w:r>
    </w:p>
    <w:p>
      <w:r>
        <w:rPr>
          <w:b w:val="0"/>
          <w:sz w:val="20"/>
        </w:rPr>
        <w:t>Cap, Città : __________________________________</w:t>
      </w:r>
    </w:p>
    <w:p/>
    <w:p/>
    <w:p>
      <w:r>
        <w:rPr>
          <w:b/>
          <w:sz w:val="20"/>
        </w:rPr>
        <w:t>Oggetto: Scuse per ritardo nel pagamento</w:t>
      </w:r>
    </w:p>
    <w:p/>
    <w:p/>
    <w:p>
      <w:r>
        <w:rPr>
          <w:b w:val="0"/>
          <w:sz w:val="20"/>
        </w:rPr>
        <w:t>Gentile Cliente,</w:t>
      </w:r>
    </w:p>
    <w:p/>
    <w:p>
      <w:r>
        <w:rPr>
          <w:b w:val="0"/>
          <w:sz w:val="20"/>
        </w:rPr>
        <w:t>con la presente desideriamo porgere le nostre più sincere scuse per il ritardo nel pagamento della fattura a Voi dovuta. Siamo consapevoli dell'importanza del rispetto delle scadenze e del disagio che tale ritardo può aver causato, e desideriamo assicurarVi che stiamo adottando tutte le misure necessarie per regolarizzare la situazione nel più breve tempo possibile.</w:t>
      </w:r>
    </w:p>
    <w:p/>
    <w:p>
      <w:r>
        <w:rPr>
          <w:b w:val="0"/>
          <w:sz w:val="20"/>
        </w:rPr>
        <w:t>La nostra azienda attribuisce grande valore alla trasparenza e alla correttezza nei rapporti commerciali, pertanto ci impegniamo a evitare che situazioni analoghe possano ripetersi in futuro.</w:t>
      </w:r>
    </w:p>
    <w:p/>
    <w:p>
      <w:r>
        <w:rPr>
          <w:b w:val="0"/>
          <w:sz w:val="20"/>
        </w:rPr>
        <w:t>Rimaniamo a disposizione per qualsiasi chiarimento o necessità di supporto e Vi ringraziamo per la cortese comprensione.</w:t>
      </w:r>
    </w:p>
    <w:p/>
    <w:p/>
    <w:p>
      <w:r>
        <w:rPr>
          <w:b w:val="0"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https://documenti-esperti.com/email-di-scuse-per-ritardo-pagamento/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email-di-scuse-per-ritardo-pagamen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