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CEDOLINO PENSIONE FAC SIMILE</w:t>
      </w:r>
    </w:p>
    <w:p/>
    <w:p/>
    <w:p>
      <w:r>
        <w:rPr>
          <w:b/>
          <w:sz w:val="20"/>
        </w:rPr>
        <w:t>DATI DEL PENSIONATO</w:t>
      </w:r>
    </w:p>
    <w:p>
      <w:r>
        <w:rPr>
          <w:b w:val="0"/>
          <w:sz w:val="20"/>
        </w:rPr>
        <w:t>Cognome e Nome: ________________________________________________</w:t>
      </w:r>
    </w:p>
    <w:p>
      <w:r>
        <w:rPr>
          <w:b w:val="0"/>
          <w:sz w:val="20"/>
        </w:rPr>
        <w:t>Codice Fiscale: ________________________________________________</w:t>
      </w:r>
    </w:p>
    <w:p>
      <w:r>
        <w:rPr>
          <w:b w:val="0"/>
          <w:sz w:val="20"/>
        </w:rPr>
        <w:t>Numero di Pensione: _____________________________________________</w:t>
      </w:r>
    </w:p>
    <w:p>
      <w:r>
        <w:rPr>
          <w:b w:val="0"/>
          <w:sz w:val="20"/>
        </w:rPr>
        <w:t>Indirizzo Residenza: ____________________________________________</w:t>
      </w:r>
    </w:p>
    <w:p>
      <w:r>
        <w:rPr>
          <w:b w:val="0"/>
          <w:sz w:val="20"/>
        </w:rPr>
        <w:t>Telefono: _______________________________________________________</w:t>
      </w:r>
    </w:p>
    <w:p/>
    <w:p/>
    <w:p>
      <w:r>
        <w:rPr>
          <w:b/>
          <w:sz w:val="20"/>
        </w:rPr>
        <w:t>DATI ENTE EROGATORE</w:t>
      </w:r>
    </w:p>
    <w:p>
      <w:r>
        <w:rPr>
          <w:b w:val="0"/>
          <w:sz w:val="20"/>
        </w:rPr>
        <w:t>Istituto di Previdenza: _________________________________________</w:t>
      </w:r>
    </w:p>
    <w:p>
      <w:r>
        <w:rPr>
          <w:b w:val="0"/>
          <w:sz w:val="20"/>
        </w:rPr>
        <w:t>Sede Legale: ____________________________________________________</w:t>
      </w:r>
    </w:p>
    <w:p>
      <w:r>
        <w:rPr>
          <w:b w:val="0"/>
          <w:sz w:val="20"/>
        </w:rPr>
        <w:t>Codice Fiscale / Partita IVA: ____________________________________</w:t>
      </w:r>
    </w:p>
    <w:p/>
    <w:p/>
    <w:p>
      <w:r>
        <w:rPr>
          <w:b/>
          <w:sz w:val="20"/>
        </w:rPr>
        <w:t>PERIODO DI RIFERIMENTO</w:t>
      </w:r>
    </w:p>
    <w:p>
      <w:r>
        <w:rPr>
          <w:b w:val="0"/>
          <w:sz w:val="20"/>
        </w:rPr>
        <w:t>Mese: __________________________</w:t>
      </w:r>
    </w:p>
    <w:p>
      <w:r>
        <w:rPr>
          <w:b w:val="0"/>
          <w:sz w:val="20"/>
        </w:rPr>
        <w:t>Anno: ___________________________</w:t>
      </w:r>
    </w:p>
    <w:p/>
    <w:p/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Descrizione</w:t>
            </w:r>
          </w:p>
        </w:tc>
        <w:tc>
          <w:tcPr>
            <w:tcW w:type="dxa" w:w="4986"/>
          </w:tcPr>
          <w:p>
            <w:r>
              <w:t>Importo (€)</w:t>
            </w:r>
          </w:p>
        </w:tc>
      </w:tr>
      <w:tr>
        <w:tc>
          <w:tcPr>
            <w:tcW w:type="dxa" w:w="4986"/>
          </w:tcPr>
          <w:p>
            <w:r>
              <w:t>Pensione Lorda</w:t>
            </w:r>
          </w:p>
        </w:tc>
        <w:tc>
          <w:tcPr>
            <w:tcW w:type="dxa" w:w="4986"/>
          </w:tcPr>
          <w:p>
            <w:r>
              <w:t>__________________</w:t>
            </w:r>
          </w:p>
        </w:tc>
      </w:tr>
      <w:tr>
        <w:tc>
          <w:tcPr>
            <w:tcW w:type="dxa" w:w="4986"/>
          </w:tcPr>
          <w:p>
            <w:r>
              <w:t>Trattenute Fiscali (IRPEF)</w:t>
            </w:r>
          </w:p>
        </w:tc>
        <w:tc>
          <w:tcPr>
            <w:tcW w:type="dxa" w:w="4986"/>
          </w:tcPr>
          <w:p>
            <w:r>
              <w:t>__________________</w:t>
            </w:r>
          </w:p>
        </w:tc>
      </w:tr>
      <w:tr>
        <w:tc>
          <w:tcPr>
            <w:tcW w:type="dxa" w:w="4986"/>
          </w:tcPr>
          <w:p>
            <w:r>
              <w:t>Addizionali Regionali e Comunali</w:t>
            </w:r>
          </w:p>
        </w:tc>
        <w:tc>
          <w:tcPr>
            <w:tcW w:type="dxa" w:w="4986"/>
          </w:tcPr>
          <w:p>
            <w:r>
              <w:t>__________________</w:t>
            </w:r>
          </w:p>
        </w:tc>
      </w:tr>
      <w:tr>
        <w:tc>
          <w:tcPr>
            <w:tcW w:type="dxa" w:w="4986"/>
          </w:tcPr>
          <w:p>
            <w:r>
              <w:t>Altre Trattenute</w:t>
            </w:r>
          </w:p>
        </w:tc>
        <w:tc>
          <w:tcPr>
            <w:tcW w:type="dxa" w:w="4986"/>
          </w:tcPr>
          <w:p>
            <w:r>
              <w:t>__________________</w:t>
            </w:r>
          </w:p>
        </w:tc>
      </w:tr>
      <w:tr>
        <w:tc>
          <w:tcPr>
            <w:tcW w:type="dxa" w:w="4986"/>
          </w:tcPr>
          <w:p>
            <w:r>
              <w:t>Pensione Netta</w:t>
            </w:r>
          </w:p>
        </w:tc>
        <w:tc>
          <w:tcPr>
            <w:tcW w:type="dxa" w:w="4986"/>
          </w:tcPr>
          <w:p>
            <w:r>
              <w:t>__________________</w:t>
            </w:r>
          </w:p>
        </w:tc>
      </w:tr>
    </w:tbl>
    <w:p/>
    <w:p/>
    <w:p>
      <w:r>
        <w:rPr>
          <w:b/>
          <w:sz w:val="20"/>
        </w:rPr>
        <w:t>NOTE E INFORMAZIONI IMPORTANTI</w:t>
      </w:r>
    </w:p>
    <w:p>
      <w:r>
        <w:rPr>
          <w:b w:val="0"/>
          <w:sz w:val="20"/>
        </w:rPr>
        <w:t>Il presente cedolino rappresenta un fac simile e non costituisce documento ufficiale. Le trattenute indicate sono soggette a variazioni in base alla normativa vigente e alle specifiche condizioni del pensionato. Per eventuali contestazioni o richieste di chiarimenti è necessario rivolgersi direttamente all'ente erogatore.</w:t>
      </w:r>
    </w:p>
    <w:p/>
    <w:p>
      <w:r>
        <w:rPr>
          <w:b w:val="0"/>
          <w:sz w:val="20"/>
        </w:rPr>
        <w:t>Ai sensi dell’art. 13 del Regolamento UE 2016/679 (GDPR), i dati personali contenuti nel presente documento sono trattati esclusivamente per finalità connesse alla gestione della posizione pensionistica, nel pieno rispetto delle normative vigenti in materia di privacy.</w:t>
      </w:r>
    </w:p>
    <w:p/>
    <w:p/>
    <w:p/>
    <w:p>
      <w:r>
        <w:rPr>
          <w:b w:val="0"/>
          <w:sz w:val="20"/>
        </w:rPr>
        <w:t>Luogo: ______________________________________</w:t>
      </w:r>
    </w:p>
    <w:p>
      <w:r>
        <w:rPr>
          <w:b w:val="0"/>
          <w:sz w:val="20"/>
        </w:rPr>
        <w:t>Data: _______________________________________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Responsabile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Timbro 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https://documenti-esperti.com/esempio-cedolino-pensione-fac-simile/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esempio-cedolino-pensione-fac-simil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