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RICHIESTA PASSAPORTO</w:t>
      </w:r>
    </w:p>
    <w:p/>
    <w:p/>
    <w:p>
      <w:r>
        <w:rPr>
          <w:b/>
          <w:sz w:val="22"/>
        </w:rPr>
        <w:t>1. DATI ANAGRAFICI DEL RICHIEDENTE</w:t>
      </w:r>
    </w:p>
    <w:p>
      <w:r>
        <w:rPr>
          <w:b w:val="0"/>
          <w:sz w:val="20"/>
        </w:rPr>
        <w:t>Cognome: ____________________________________________________________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Luogo di nascita: ____________________________________________________</w:t>
      </w:r>
    </w:p>
    <w:p>
      <w:r>
        <w:rPr>
          <w:b w:val="0"/>
          <w:sz w:val="20"/>
        </w:rPr>
        <w:t>Provincia: ____________________________________________________________</w:t>
      </w:r>
    </w:p>
    <w:p>
      <w:r>
        <w:rPr>
          <w:b w:val="0"/>
          <w:sz w:val="20"/>
        </w:rPr>
        <w:t>Data di nascita: ______________________________________________________</w:t>
      </w:r>
    </w:p>
    <w:p>
      <w:r>
        <w:rPr>
          <w:b w:val="0"/>
          <w:sz w:val="20"/>
        </w:rPr>
        <w:t>Sesso: ☐ Maschio    ☐ Femmina    ☐ Altro______________________________</w:t>
      </w:r>
    </w:p>
    <w:p>
      <w:r>
        <w:rPr>
          <w:b w:val="0"/>
          <w:sz w:val="20"/>
        </w:rPr>
        <w:t>Stato di nascita: _____________________________________________________</w:t>
      </w:r>
    </w:p>
    <w:p>
      <w:r>
        <w:rPr>
          <w:b w:val="0"/>
          <w:sz w:val="20"/>
        </w:rPr>
        <w:t>Codice fiscale: ______________________________________________________</w:t>
      </w:r>
    </w:p>
    <w:p/>
    <w:p>
      <w:r>
        <w:rPr>
          <w:b/>
          <w:sz w:val="22"/>
        </w:rPr>
        <w:t>2. RESIDENZA E DOMICILIO</w:t>
      </w:r>
    </w:p>
    <w:p>
      <w:r>
        <w:rPr>
          <w:b w:val="0"/>
          <w:sz w:val="20"/>
        </w:rPr>
        <w:t>Indirizzo di residenza: _______________________________________________</w:t>
      </w:r>
    </w:p>
    <w:p>
      <w:r>
        <w:rPr>
          <w:b w:val="0"/>
          <w:sz w:val="20"/>
        </w:rPr>
        <w:t>Comune: _____________________________________________________________</w:t>
      </w:r>
    </w:p>
    <w:p>
      <w:r>
        <w:rPr>
          <w:b w:val="0"/>
          <w:sz w:val="20"/>
        </w:rPr>
        <w:t>Provincia: ___________________________________________________________</w:t>
      </w:r>
    </w:p>
    <w:p>
      <w:r>
        <w:rPr>
          <w:b w:val="0"/>
          <w:sz w:val="20"/>
        </w:rPr>
        <w:t>CAP: ________________________________________________________________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</w:t>
      </w:r>
    </w:p>
    <w:p/>
    <w:p>
      <w:r>
        <w:rPr>
          <w:b/>
          <w:sz w:val="22"/>
        </w:rPr>
        <w:t>3. DOCUMENTI DI RICONOSCIMENTO PRESENTATI</w:t>
      </w:r>
    </w:p>
    <w:p>
      <w:r>
        <w:rPr>
          <w:b w:val="0"/>
          <w:sz w:val="20"/>
        </w:rPr>
        <w:t>Tipo di documento: _________________________________________________</w:t>
      </w:r>
    </w:p>
    <w:p>
      <w:r>
        <w:rPr>
          <w:b w:val="0"/>
          <w:sz w:val="20"/>
        </w:rPr>
        <w:t>Numero: ____________________________________________________________</w:t>
      </w:r>
    </w:p>
    <w:p>
      <w:r>
        <w:rPr>
          <w:b w:val="0"/>
          <w:sz w:val="20"/>
        </w:rPr>
        <w:t>Data di rilascio: _________________________________________________</w:t>
      </w:r>
    </w:p>
    <w:p>
      <w:r>
        <w:rPr>
          <w:b w:val="0"/>
          <w:sz w:val="20"/>
        </w:rPr>
        <w:t>Ente rilasciante: _________________________________________________</w:t>
      </w:r>
    </w:p>
    <w:p/>
    <w:p>
      <w:r>
        <w:rPr>
          <w:b/>
          <w:sz w:val="22"/>
        </w:rPr>
        <w:t>4. DATI DEL GENITORE/TUTORE (se richiedente minorenne)</w:t>
      </w:r>
    </w:p>
    <w:p>
      <w:r>
        <w:rPr>
          <w:b w:val="0"/>
          <w:sz w:val="20"/>
        </w:rPr>
        <w:t>Cognome: ____________________________________________________________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</w:t>
      </w:r>
    </w:p>
    <w:p>
      <w:r>
        <w:rPr>
          <w:b w:val="0"/>
          <w:sz w:val="20"/>
        </w:rPr>
        <w:t>Documento di riconoscimento: _________________________________________</w:t>
      </w:r>
    </w:p>
    <w:p>
      <w:r>
        <w:rPr>
          <w:b w:val="0"/>
          <w:sz w:val="20"/>
        </w:rPr>
        <w:t>Numero documento: ____________________________________________________</w:t>
      </w:r>
    </w:p>
    <w:p/>
    <w:p>
      <w:r>
        <w:rPr>
          <w:b/>
          <w:sz w:val="22"/>
        </w:rPr>
        <w:t>5. FINALITÀ DEL RILASCIO</w:t>
      </w:r>
    </w:p>
    <w:p>
      <w:r>
        <w:rPr>
          <w:b w:val="0"/>
          <w:sz w:val="20"/>
        </w:rPr>
        <w:t>☐ Prima emissione del passaporto</w:t>
      </w:r>
    </w:p>
    <w:p>
      <w:r>
        <w:rPr>
          <w:b w:val="0"/>
          <w:sz w:val="20"/>
        </w:rPr>
        <w:t>☐ Rinnovo del passaporto</w:t>
      </w:r>
    </w:p>
    <w:p>
      <w:r>
        <w:rPr>
          <w:b w:val="0"/>
          <w:sz w:val="20"/>
        </w:rPr>
        <w:t>☐ Sostituzione per smarrimento, furto o deterioramento</w:t>
      </w:r>
    </w:p>
    <w:p>
      <w:r>
        <w:rPr>
          <w:b w:val="0"/>
          <w:sz w:val="20"/>
        </w:rPr>
        <w:t>☐ Altro: _____________________________________________________________</w:t>
      </w:r>
    </w:p>
    <w:p/>
    <w:p>
      <w:r>
        <w:rPr>
          <w:b/>
          <w:sz w:val="22"/>
        </w:rPr>
        <w:t>6. DICHIARAZIONI DEL RICHIEDENTE</w:t>
      </w:r>
    </w:p>
    <w:p>
      <w:r>
        <w:rPr>
          <w:b w:val="0"/>
          <w:sz w:val="20"/>
        </w:rPr>
        <w:t>Il/la sottoscritto/a consapevole delle sanzioni penali previste in caso di dichiarazioni false o uso di atti falsi, ai sensi degli artt. 75 e 76 del D.P.R. 445/2000, dichiara sotto la propria responsabilità quanto segue:</w:t>
      </w:r>
    </w:p>
    <w:p>
      <w:r>
        <w:rPr>
          <w:b w:val="0"/>
          <w:sz w:val="20"/>
        </w:rPr>
        <w:t>a) di essere cittadino/a italiano/a;</w:t>
      </w:r>
    </w:p>
    <w:p>
      <w:r>
        <w:rPr>
          <w:b w:val="0"/>
          <w:sz w:val="20"/>
        </w:rPr>
        <w:t>b) di non essere sottoposto/a a provvedimenti che impediscono il rilascio del passaporto;</w:t>
      </w:r>
    </w:p>
    <w:p>
      <w:r>
        <w:rPr>
          <w:b w:val="0"/>
          <w:sz w:val="20"/>
        </w:rPr>
        <w:t>c) di non avere presentato altre richieste di passaporto in precedenza non ancora evase;</w:t>
      </w:r>
    </w:p>
    <w:p>
      <w:r>
        <w:rPr>
          <w:b w:val="0"/>
          <w:sz w:val="20"/>
        </w:rPr>
        <w:t>d) di autorizzare il trattamento dei dati personali ai sensi del Regolamento UE 2016/679 (GDPR).</w:t>
      </w:r>
    </w:p>
    <w:p/>
    <w:p>
      <w:r>
        <w:rPr>
          <w:b/>
          <w:sz w:val="22"/>
        </w:rPr>
        <w:t>7. INFORMATIVA SUL TRATTAMENTO DEI DATI PERSONALI</w:t>
      </w:r>
    </w:p>
    <w:p>
      <w:r>
        <w:rPr>
          <w:b w:val="0"/>
          <w:sz w:val="20"/>
        </w:rPr>
        <w:t>I dati personali forniti saranno trattati esclusivamente per le finalità connesse al rilascio del passaporto, nel rispetto della normativa vigente in materia di protezione dei dati personali (Regolamento UE 2016/679).</w:t>
      </w:r>
    </w:p>
    <w:p/>
    <w:p>
      <w:r>
        <w:rPr>
          <w:b/>
          <w:sz w:val="22"/>
        </w:rPr>
        <w:t>8. IMPEGNO DEL RICHIEDENTE</w:t>
      </w:r>
    </w:p>
    <w:p>
      <w:r>
        <w:rPr>
          <w:b w:val="0"/>
          <w:sz w:val="20"/>
        </w:rPr>
        <w:t>Il/la sottoscritto/a si impegna a comunicare tempestivamente ogni variazione dei dati forniti e a restituire il passaporto in caso di revoca o scadenza.</w:t>
      </w:r>
    </w:p>
    <w:p/>
    <w:p/>
    <w:p>
      <w:r>
        <w:rPr>
          <w:b w:val="0"/>
          <w:sz w:val="20"/>
        </w:rPr>
        <w:t>Luogo di compilazione: ________________________________________________</w:t>
      </w:r>
    </w:p>
    <w:p>
      <w:r>
        <w:rPr>
          <w:b w:val="0"/>
          <w:sz w:val="20"/>
        </w:rPr>
        <w:t>Data: ________________________________________________________________</w:t>
      </w:r>
    </w:p>
    <w:p/>
    <w:p/>
    <w:p>
      <w:r>
        <w:rPr>
          <w:b w:val="0"/>
          <w:sz w:val="20"/>
        </w:rPr>
        <w:t>Firma del richiedente: _______________________________________________</w:t>
      </w:r>
    </w:p>
    <w:p/>
    <w:p/>
    <w:p/>
    <w:p>
      <w:r>
        <w:rPr>
          <w:b/>
          <w:sz w:val="22"/>
        </w:rPr>
        <w:t>9. SEZIONE RISERVATA ALL’UFFICIO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ricezione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Numero protocollo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addetto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https://documenti-esperti.com/esempio-compilazione-modulo-passaporto/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esempio-compilazione-modulo-passapor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