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DOMANDA DI TRASFERIMENTO MOTIVATA</w:t>
      </w:r>
    </w:p>
    <w:p/>
    <w:p/>
    <w:p>
      <w:r>
        <w:rPr>
          <w:b/>
          <w:sz w:val="20"/>
        </w:rPr>
        <w:t>Al Dirigente Scolastico</w:t>
      </w:r>
    </w:p>
    <w:p>
      <w:r>
        <w:rPr>
          <w:b w:val="0"/>
          <w:sz w:val="20"/>
        </w:rPr>
        <w:t>Istituto _________________________________</w:t>
      </w:r>
    </w:p>
    <w:p>
      <w:r>
        <w:rPr>
          <w:b w:val="0"/>
          <w:sz w:val="20"/>
        </w:rPr>
        <w:t>Indirizzo _________________________________</w:t>
      </w:r>
    </w:p>
    <w:p>
      <w:r>
        <w:rPr>
          <w:b w:val="0"/>
          <w:sz w:val="20"/>
        </w:rPr>
        <w:t>Città _________________________________</w:t>
      </w:r>
    </w:p>
    <w:p/>
    <w:p/>
    <w:p>
      <w:r>
        <w:rPr>
          <w:b/>
          <w:sz w:val="20"/>
        </w:rPr>
        <w:t>Il/La sottoscritto/a :</w:t>
      </w:r>
    </w:p>
    <w:p>
      <w:r>
        <w:rPr>
          <w:b w:val="0"/>
          <w:sz w:val="20"/>
        </w:rPr>
        <w:t>Nome e Cognome : ________________________________________________</w:t>
      </w:r>
    </w:p>
    <w:p>
      <w:r>
        <w:rPr>
          <w:b w:val="0"/>
          <w:sz w:val="20"/>
        </w:rPr>
        <w:t>Data di nascita : ________________________________________________</w:t>
      </w:r>
    </w:p>
    <w:p>
      <w:r>
        <w:rPr>
          <w:b w:val="0"/>
          <w:sz w:val="20"/>
        </w:rPr>
        <w:t>Codice Fiscale : ________________________________________________</w:t>
      </w:r>
    </w:p>
    <w:p>
      <w:r>
        <w:rPr>
          <w:b w:val="0"/>
          <w:sz w:val="20"/>
        </w:rPr>
        <w:t>Ruolo/Destinatario della nomina : _______________________________</w:t>
      </w:r>
    </w:p>
    <w:p>
      <w:r>
        <w:rPr>
          <w:b w:val="0"/>
          <w:sz w:val="20"/>
        </w:rPr>
        <w:t>Sede di servizio attuale : _______________________________________</w:t>
      </w:r>
    </w:p>
    <w:p/>
    <w:p>
      <w:r>
        <w:rPr>
          <w:b/>
          <w:sz w:val="20"/>
        </w:rPr>
        <w:t>OGGETTO:</w:t>
      </w:r>
    </w:p>
    <w:p>
      <w:r>
        <w:rPr>
          <w:b w:val="0"/>
          <w:sz w:val="20"/>
        </w:rPr>
        <w:t>Domanda di trasferimento per motivi personali e/o familiari ai sensi della normativa vigente.</w:t>
      </w:r>
    </w:p>
    <w:p/>
    <w:p>
      <w:r>
        <w:rPr>
          <w:b/>
          <w:sz w:val="20"/>
        </w:rPr>
        <w:t>PREMESSO CHE:</w:t>
      </w:r>
    </w:p>
    <w:p>
      <w:r>
        <w:rPr>
          <w:b w:val="0"/>
          <w:sz w:val="20"/>
        </w:rPr>
        <w:t>1. Il/la sottoscritto/a è in servizio presso l'Istituto sopra indicato, in qualità di _______________________;</w:t>
      </w:r>
    </w:p>
    <w:p>
      <w:r>
        <w:rPr>
          <w:b w:val="0"/>
          <w:sz w:val="20"/>
        </w:rPr>
        <w:t>2. Per motivi di natura personale, familiare e/o di salute, si rende necessario richiedere il trasferimento presso una sede più vicina alla propria residenza o ai propri familiari;</w:t>
      </w:r>
    </w:p>
    <w:p>
      <w:r>
        <w:rPr>
          <w:b w:val="0"/>
          <w:sz w:val="20"/>
        </w:rPr>
        <w:t>3. La richiesta è motivata e documentata come segue:</w:t>
      </w:r>
    </w:p>
    <w:p/>
    <w:p>
      <w:r>
        <w:rPr>
          <w:b/>
          <w:sz w:val="20"/>
        </w:rPr>
        <w:t>MOTIVAZIONI DELLA RICHIESTA:</w:t>
      </w:r>
    </w:p>
    <w:p>
      <w:r>
        <w:rPr>
          <w:b w:val="0"/>
          <w:sz w:val="20"/>
        </w:rPr>
        <w:t>__________________________________________________________________________________________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__________________________________________________________________________________________</w:t>
      </w:r>
    </w:p>
    <w:p/>
    <w:p>
      <w:r>
        <w:rPr>
          <w:b/>
          <w:sz w:val="20"/>
        </w:rPr>
        <w:t>RIFERIMENTI NORMATIVI:</w:t>
      </w:r>
    </w:p>
    <w:p>
      <w:r>
        <w:rPr>
          <w:b w:val="0"/>
          <w:sz w:val="20"/>
        </w:rPr>
        <w:t>La presente domanda si fonda sulle disposizioni contenute nel Contratto Collettivo Nazionale di Lavoro, nonché sulle normative vigenti in materia di mobilità del personale scolastico.</w:t>
      </w:r>
    </w:p>
    <w:p/>
    <w:p>
      <w:r>
        <w:rPr>
          <w:b/>
          <w:sz w:val="20"/>
        </w:rPr>
        <w:t>PERTANTO,</w:t>
      </w:r>
    </w:p>
    <w:p>
      <w:r>
        <w:rPr>
          <w:b/>
          <w:sz w:val="20"/>
        </w:rPr>
        <w:t>Il/La sottoscritto/a chiede formalmente il trasferimento presso l'istituto/scuola di seguito indicato:</w:t>
      </w:r>
    </w:p>
    <w:p>
      <w:r>
        <w:rPr>
          <w:b w:val="0"/>
          <w:sz w:val="20"/>
        </w:rPr>
        <w:t>Istituto/scuola richiesto : ____________________________________________</w:t>
      </w:r>
    </w:p>
    <w:p>
      <w:r>
        <w:rPr>
          <w:b w:val="0"/>
          <w:sz w:val="20"/>
        </w:rPr>
        <w:t>Indirizzo : ___________________________________________________________</w:t>
      </w:r>
    </w:p>
    <w:p>
      <w:r>
        <w:rPr>
          <w:b w:val="0"/>
          <w:sz w:val="20"/>
        </w:rPr>
        <w:t>Città : _______________________________________________________________</w:t>
      </w:r>
    </w:p>
    <w:p/>
    <w:p>
      <w:r>
        <w:rPr>
          <w:b/>
          <w:sz w:val="20"/>
        </w:rPr>
        <w:t>Dichiara inoltre di essere consapevole che:</w:t>
      </w:r>
    </w:p>
    <w:p>
      <w:r>
        <w:rPr>
          <w:b w:val="0"/>
          <w:sz w:val="20"/>
        </w:rPr>
        <w:t>- La presente domanda sarà valutata secondo le procedure e i criteri stabiliti dalla normativa vigente;</w:t>
      </w:r>
    </w:p>
    <w:p>
      <w:r>
        <w:rPr>
          <w:b w:val="0"/>
          <w:sz w:val="20"/>
        </w:rPr>
        <w:t>- In caso di mancata accoglienza della domanda, rimane in servizio presso la sede attuale;</w:t>
      </w:r>
    </w:p>
    <w:p>
      <w:r>
        <w:rPr>
          <w:b w:val="0"/>
          <w:sz w:val="20"/>
        </w:rPr>
        <w:t>- La veridicità delle informazioni fornite è sotto la propria responsabilità, ai sensi della normativa vigente.</w:t>
      </w:r>
    </w:p>
    <w:p/>
    <w:p>
      <w:r>
        <w:rPr>
          <w:b/>
          <w:sz w:val="20"/>
        </w:rPr>
        <w:t>Allega alla presente domanda la documentazione comprovante le motivazioni espresse.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Luogo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Firma del/della Richiedente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___________________________________________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br/>
              <w:br/>
              <w:t>_______________________________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/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/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originale di questo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https://documenti-esperti.com/esempio-domanda-di-trasferimento-motivata/</w:t>
        </w:r>
      </w:hyperlink>
    </w:p>
    <w:p>
      <w:pPr>
        <w:jc w:val="center"/>
      </w:pPr>
      <w:r>
        <w:rPr>
          <w:color w:val="555555"/>
          <w:sz w:val="26"/>
        </w:rPr>
        <w:t>Questo modello ti è stato utile?</w:t>
      </w:r>
    </w:p>
    <w:p>
      <w:pPr>
        <w:jc w:val="center"/>
      </w:pPr>
      <w:r>
        <w:rPr>
          <w:color w:val="555555"/>
          <w:sz w:val="26"/>
        </w:rPr>
        <w:t>Trova altri modelli aggiornati su: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https://documenti-esperti.com</w:t>
        </w:r>
      </w:hyperlink>
    </w:p>
    <w:p>
      <w:pPr>
        <w:jc w:val="center"/>
      </w:pPr>
      <w:r>
        <w:rPr>
          <w:color w:val="808080"/>
          <w:sz w:val="20"/>
        </w:rPr>
        <w:t>Questo modello è destinato esclusivamente a un uso personale e non commerciale.</w:t>
        <w:br/>
        <w:t>Qualsiasi diffusione o pubblicazione deve citare obbligatoriamente la fonte. © documenti-esperti.com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umenti-esperti.com/esempio-domanda-di-trasferimento-motivata/" TargetMode="External"/><Relationship Id="rId10" Type="http://schemas.openxmlformats.org/officeDocument/2006/relationships/hyperlink" Target="https://documenti-esperti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