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PREVENTIVO PER RIFACIMENTO TETTO</w:t>
      </w:r>
    </w:p>
    <w:p/>
    <w:p>
      <w:r>
        <w:rPr>
          <w:b/>
          <w:sz w:val="20"/>
        </w:rPr>
        <w:t>Dati del Committente:</w:t>
      </w:r>
    </w:p>
    <w:p>
      <w:r>
        <w:rPr>
          <w:b w:val="0"/>
          <w:sz w:val="20"/>
        </w:rPr>
        <w:t>Nome / Ragione Sociale : ______________________________________________</w:t>
      </w:r>
    </w:p>
    <w:p>
      <w:r>
        <w:rPr>
          <w:b w:val="0"/>
          <w:sz w:val="20"/>
        </w:rPr>
        <w:t>Codice Fiscale / Partita IVA : ________________________________________</w:t>
      </w:r>
    </w:p>
    <w:p>
      <w:r>
        <w:rPr>
          <w:b w:val="0"/>
          <w:sz w:val="20"/>
        </w:rPr>
        <w:t>Indirizzo / Sede : ____________________________________________________</w:t>
      </w:r>
    </w:p>
    <w:p>
      <w:r>
        <w:rPr>
          <w:b w:val="0"/>
          <w:sz w:val="20"/>
        </w:rPr>
        <w:t>Telefono / Email : ____________________________________________________</w:t>
      </w:r>
    </w:p>
    <w:p/>
    <w:p>
      <w:r>
        <w:rPr>
          <w:b/>
          <w:sz w:val="20"/>
        </w:rPr>
        <w:t>Dati dell'Impresa Esecutrice:</w:t>
      </w:r>
    </w:p>
    <w:p>
      <w:r>
        <w:rPr>
          <w:b w:val="0"/>
          <w:sz w:val="20"/>
        </w:rPr>
        <w:t>Nome / Ragione Sociale : ______________________________________________</w:t>
      </w:r>
    </w:p>
    <w:p>
      <w:r>
        <w:rPr>
          <w:b w:val="0"/>
          <w:sz w:val="20"/>
        </w:rPr>
        <w:t>Codice Fiscale / Partita IVA : ________________________________________</w:t>
      </w:r>
    </w:p>
    <w:p>
      <w:r>
        <w:rPr>
          <w:b w:val="0"/>
          <w:sz w:val="20"/>
        </w:rPr>
        <w:t>Indirizzo / Sede : ____________________________________________________</w:t>
      </w:r>
    </w:p>
    <w:p>
      <w:r>
        <w:rPr>
          <w:b w:val="0"/>
          <w:sz w:val="20"/>
        </w:rPr>
        <w:t>Telefono / Email : ____________________________________________________</w:t>
      </w:r>
    </w:p>
    <w:p/>
    <w:p/>
    <w:p>
      <w:r>
        <w:rPr>
          <w:b/>
          <w:sz w:val="20"/>
        </w:rPr>
        <w:t>PREMESSA</w:t>
      </w:r>
    </w:p>
    <w:p>
      <w:r>
        <w:rPr>
          <w:b w:val="0"/>
          <w:sz w:val="20"/>
        </w:rPr>
        <w:t>Il presente preventivo ha per oggetto il rifacimento completo del tetto dell'immobile indicato dal Committente. Il lavoro sarà eseguito nel rispetto delle normative vigenti in materia edilizia, sicurezza sui luoghi di lavoro e tutela ambientale.</w:t>
      </w:r>
    </w:p>
    <w:p/>
    <w:p>
      <w:r>
        <w:rPr>
          <w:b/>
          <w:sz w:val="20"/>
        </w:rPr>
        <w:t>DESCRIZIONE DEI LAVORI</w:t>
      </w:r>
    </w:p>
    <w:p>
      <w:r>
        <w:rPr>
          <w:b w:val="0"/>
          <w:sz w:val="20"/>
        </w:rPr>
        <w:t>1. Rimozione completa della copertura esistente e smaltimento a norma di legge dei materiali di risulta.</w:t>
        <w:br/>
        <w:t>2. Verifica e ripristino della struttura portante del tetto.</w:t>
        <w:br/>
        <w:t>3. Installazione di nuovo manto impermeabilizzante con materiali certificati.</w:t>
        <w:br/>
        <w:t>4. Posa di isolamento termico conforme alle normative vigenti.</w:t>
        <w:br/>
        <w:t>5. Realizzazione di nuova guaina protettiva e copertura finale con tegole / lastre in materiale concordato.</w:t>
        <w:br/>
        <w:t>6. Installazione di grondaie e pluviali per il corretto deflusso delle acque meteoriche.</w:t>
        <w:br/>
        <w:t>7. Pulizia finale del cantiere e smaltimento dei rifiuti prodotti.</w:t>
      </w:r>
    </w:p>
    <w:p/>
    <w:p>
      <w:r>
        <w:rPr>
          <w:b/>
          <w:sz w:val="20"/>
        </w:rPr>
        <w:t>MATERIALI UTILIZZATI</w:t>
      </w:r>
    </w:p>
    <w:p>
      <w:r>
        <w:rPr>
          <w:b w:val="0"/>
          <w:sz w:val="20"/>
        </w:rPr>
        <w:t>- Tegole in cotto / laterizio di prima scelta.</w:t>
        <w:br/>
        <w:t>- Guaina impermeabilizzante bituminosa o sintetica certificata.</w:t>
        <w:br/>
        <w:t>- Isolante termico in polistirene espanso estruso o lana di roccia.</w:t>
        <w:br/>
        <w:t>- Strutture in legno lamellare o metallo a seconda delle necessità.</w:t>
        <w:br/>
        <w:t>- Accessori e fissaggi inox per garantire durata e sicurezza.</w:t>
      </w:r>
    </w:p>
    <w:p/>
    <w:p>
      <w:r>
        <w:rPr>
          <w:b/>
          <w:sz w:val="20"/>
        </w:rPr>
        <w:t>TERMINI E CONDIZIONI</w:t>
      </w:r>
    </w:p>
    <w:p>
      <w:r>
        <w:rPr>
          <w:b w:val="0"/>
          <w:sz w:val="20"/>
        </w:rPr>
        <w:t>Il preventivo è valido per un periodo di 60 giorni dalla data di emissione.</w:t>
        <w:br/>
        <w:t>I tempi di esecuzione stimati per i lavori sono indicativamente di 30 giorni lavorativi, salvo cause di forza maggiore.</w:t>
        <w:br/>
        <w:t>Il committente è tenuto a garantire l’accesso al cantiere e l’adeguata sicurezza durante tutta la durata dei lavori.</w:t>
        <w:br/>
        <w:t>Eventuali modifiche o integrazioni al presente preventivo dovranno essere concordate e formalizzate tramite appositi accordi scritti.</w:t>
      </w:r>
    </w:p>
    <w:p/>
    <w:p>
      <w:r>
        <w:rPr>
          <w:b/>
          <w:sz w:val="20"/>
        </w:rPr>
        <w:t>PREZZO E MODALITÀ DI PAGAMENTO</w:t>
      </w:r>
    </w:p>
    <w:p>
      <w:r>
        <w:rPr>
          <w:b w:val="0"/>
          <w:sz w:val="20"/>
        </w:rPr>
        <w:t>Il prezzo complessivo per l’esecuzione dei lavori descritti ammonta a € _______________ (IVA inclusa).</w:t>
        <w:br/>
        <w:t>Il pagamento sarà effettuato secondo le seguenti modalità:</w:t>
        <w:br/>
        <w:t xml:space="preserve"> - Acconto del 30% alla sottoscrizione del preventivo.</w:t>
        <w:br/>
        <w:t xml:space="preserve"> - Saldo del 70% al termine dei lavori e dopo verifica di conformità.</w:t>
        <w:br/>
        <w:t>Eventuali penali per ritardi o inadempienze saranno concordate separatamente.</w:t>
      </w:r>
    </w:p>
    <w:p/>
    <w:p>
      <w:r>
        <w:rPr>
          <w:b/>
          <w:sz w:val="20"/>
        </w:rPr>
        <w:t>GARANZIE E RESPONSABILITÀ</w:t>
      </w:r>
    </w:p>
    <w:p>
      <w:r>
        <w:rPr>
          <w:b w:val="0"/>
          <w:sz w:val="20"/>
        </w:rPr>
        <w:t>L’impresa esecutrice garantisce la corretta esecuzione delle opere e la conformità ai materiali utilizzati per un periodo di 10 anni, ai sensi della normativa vigente.</w:t>
        <w:br/>
        <w:t>L’impresa è responsabile per danni diretti derivanti da vizi o difetti di esecuzione.</w:t>
        <w:br/>
        <w:t>Il committente si impegna a segnalare tempestivamente eventuali difformità o problematiche riscontrate.</w:t>
      </w:r>
    </w:p>
    <w:p/>
    <w:p>
      <w:r>
        <w:rPr>
          <w:b/>
          <w:sz w:val="20"/>
        </w:rPr>
        <w:t>NORMATIVA APPLICABILE E FORO COMPETENTE</w:t>
      </w:r>
    </w:p>
    <w:p>
      <w:r>
        <w:rPr>
          <w:b w:val="0"/>
          <w:sz w:val="20"/>
        </w:rPr>
        <w:t>Il presente preventivo è regolato dalla legge italiana.</w:t>
        <w:br/>
        <w:t>Per ogni controversia relativa all’interpretazione, esecuzione o risoluzione del presente accordo sarà competente in via esclusiva il Foro del luogo di residenza o domicilio del Committente.</w:t>
      </w:r>
    </w:p>
    <w:p/>
    <w:p/>
    <w:p>
      <w:r>
        <w:rPr>
          <w:b w:val="0"/>
          <w:sz w:val="20"/>
        </w:rPr>
        <w:t>Luogo, ____________________________</w:t>
      </w:r>
    </w:p>
    <w:p>
      <w:r>
        <w:rPr>
          <w:b w:val="0"/>
          <w:sz w:val="20"/>
        </w:rPr>
        <w:t>Firma del Committente: ____________________________</w:t>
      </w:r>
    </w:p>
    <w:p>
      <w:r>
        <w:rPr>
          <w:b w:val="0"/>
          <w:sz w:val="20"/>
        </w:rPr>
        <w:t>Firma dell'Impresa Esecutrice: 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COMMITTENTE</w:t>
            </w:r>
          </w:p>
        </w:tc>
        <w:tc>
          <w:tcPr>
            <w:tcW w:type="dxa" w:w="4986"/>
            <w:tcBorders>
              <w:top w:val="nil"/>
              <w:left w:val="nil"/>
              <w:bottom w:val="nil"/>
              <w:right w:val="nil"/>
              <w:insideH w:val="nil"/>
              <w:insideV w:val="nil"/>
            </w:tcBorders>
          </w:tcPr>
          <w:p>
            <w:pPr>
              <w:jc w:val="center"/>
            </w:pPr>
            <w:r>
              <w:t>IMPRESA ESECUTRICE</w:t>
            </w:r>
          </w:p>
        </w:tc>
      </w:tr>
      <w:tr>
        <w:tc>
          <w:tcPr>
            <w:tcW w:type="dxa" w:w="4986"/>
            <w:tcBorders>
              <w:top w:val="nil"/>
              <w:left w:val="nil"/>
              <w:bottom w:val="nil"/>
              <w:right w:val="nil"/>
              <w:insideH w:val="nil"/>
              <w:insideV w:val="nil"/>
            </w:tcBorders>
          </w:tcPr>
          <w:p>
            <w:pPr>
              <w:jc w:val="center"/>
            </w:pPr>
            <w:r>
              <w:br/>
              <w:br/>
              <w:t>Firma: _________________________</w:t>
            </w:r>
          </w:p>
        </w:tc>
        <w:tc>
          <w:tcPr>
            <w:tcW w:type="dxa" w:w="4986"/>
            <w:tcBorders>
              <w:top w:val="nil"/>
              <w:left w:val="nil"/>
              <w:bottom w:val="nil"/>
              <w:right w:val="nil"/>
              <w:insideH w:val="nil"/>
              <w:insideV w:val="nil"/>
            </w:tcBorders>
          </w:tcPr>
          <w:p>
            <w:pPr>
              <w:jc w:val="center"/>
            </w:pPr>
            <w:r>
              <w:br/>
              <w:br/>
              <w:t>Firma: _________________________</w:t>
            </w:r>
          </w:p>
        </w:tc>
      </w:tr>
      <w:tr>
        <w:tc>
          <w:tcPr>
            <w:tcW w:type="dxa" w:w="4986"/>
            <w:tcBorders>
              <w:top w:val="nil"/>
              <w:left w:val="nil"/>
              <w:bottom w:val="nil"/>
              <w:right w:val="nil"/>
              <w:insideH w:val="nil"/>
              <w:insideV w:val="nil"/>
            </w:tcBorders>
          </w:tcPr>
          <w:p>
            <w:pPr>
              <w:jc w:val="center"/>
            </w:pPr>
            <w:r>
              <w:t>Nome e Cognome: __________________________</w:t>
            </w:r>
          </w:p>
        </w:tc>
        <w:tc>
          <w:tcPr>
            <w:tcW w:type="dxa" w:w="4986"/>
            <w:tcBorders>
              <w:top w:val="nil"/>
              <w:left w:val="nil"/>
              <w:bottom w:val="nil"/>
              <w:right w:val="nil"/>
              <w:insideH w:val="nil"/>
              <w:insideV w:val="nil"/>
            </w:tcBorders>
          </w:tcPr>
          <w:p>
            <w:pPr>
              <w:jc w:val="center"/>
            </w:pPr>
            <w:r>
              <w:t>Nome e Cognome: __________________________</w:t>
            </w:r>
          </w:p>
        </w:tc>
      </w:tr>
    </w:tbl>
    <w:p>
      <w:r>
        <w:br w:type="page"/>
      </w:r>
    </w:p>
    <w:p>
      <w:pPr>
        <w:jc w:val="center"/>
      </w:pPr>
      <w:r>
        <w:rPr>
          <w:color w:val="555555"/>
          <w:sz w:val="24"/>
        </w:rPr>
        <w:t>Fonte originale di questo documento:</w:t>
      </w:r>
    </w:p>
    <w:p>
      <w:pPr>
        <w:jc w:val="center"/>
      </w:pPr>
      <w:hyperlink r:id="rId9">
        <w:r>
          <w:rPr>
            <w:color w:val="0000FF"/>
            <w:u w:val="single"/>
          </w:rPr>
          <w:t>https://documenti-esperti.com/esempio-preventivo-rifacimento-tetto/</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https://documenti-esperti.com</w:t>
        </w:r>
      </w:hyperlink>
    </w:p>
    <w:p>
      <w:pPr>
        <w:jc w:val="center"/>
      </w:pPr>
      <w:r>
        <w:rPr>
          <w:color w:val="808080"/>
          <w:sz w:val="20"/>
        </w:rPr>
        <w:t>Questo modello è destinato esclusivamente a un uso personale e non commerciale.</w:t>
        <w:br/>
        <w:t>Qualsiasi diffusione o pubblicazione deve citare obbligatoriamente la fonte. © documenti-esperti.com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umenti-esperti.com/esempio-preventivo-rifacimento-tetto/" TargetMode="External"/><Relationship Id="rId10" Type="http://schemas.openxmlformats.org/officeDocument/2006/relationships/hyperlink" Target="https://documenti-espert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