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PREVENTIVO PER RISTRUTTURAZIONE CASA</w:t>
      </w:r>
    </w:p>
    <w:p/>
    <w:p/>
    <w:p>
      <w:r>
        <w:rPr>
          <w:b/>
          <w:sz w:val="22"/>
        </w:rPr>
        <w:t>Dati del Committente (Cliente):</w:t>
      </w:r>
    </w:p>
    <w:p>
      <w:r>
        <w:rPr>
          <w:b w:val="0"/>
          <w:sz w:val="22"/>
        </w:rPr>
        <w:t>Nome e Cognome / Ragione Sociale : ________________________________________________</w:t>
      </w:r>
    </w:p>
    <w:p>
      <w:r>
        <w:rPr>
          <w:b w:val="0"/>
          <w:sz w:val="22"/>
        </w:rPr>
        <w:t>Codice Fiscale / Partita IVA : _________________________________________________</w:t>
      </w:r>
    </w:p>
    <w:p>
      <w:r>
        <w:rPr>
          <w:b w:val="0"/>
          <w:sz w:val="22"/>
        </w:rPr>
        <w:t>Indirizzo : _________________________________________________________________</w:t>
      </w:r>
    </w:p>
    <w:p>
      <w:r>
        <w:rPr>
          <w:b w:val="0"/>
          <w:sz w:val="22"/>
        </w:rPr>
        <w:t>Telefono / Email : ____________________________________________________________</w:t>
      </w:r>
    </w:p>
    <w:p/>
    <w:p>
      <w:r>
        <w:rPr>
          <w:b/>
          <w:sz w:val="22"/>
        </w:rPr>
        <w:t>Dati dell'Impresa Esecutrice:</w:t>
      </w:r>
    </w:p>
    <w:p>
      <w:r>
        <w:rPr>
          <w:b w:val="0"/>
          <w:sz w:val="22"/>
        </w:rPr>
        <w:t>Ragione Sociale : __________________________________________________________</w:t>
      </w:r>
    </w:p>
    <w:p>
      <w:r>
        <w:rPr>
          <w:b w:val="0"/>
          <w:sz w:val="22"/>
        </w:rPr>
        <w:t>Codice Fiscale / Partita IVA : ________________________________________________</w:t>
      </w:r>
    </w:p>
    <w:p>
      <w:r>
        <w:rPr>
          <w:b w:val="0"/>
          <w:sz w:val="22"/>
        </w:rPr>
        <w:t>Sede Legale / Operativa : ___________________________________________________</w:t>
      </w:r>
    </w:p>
    <w:p>
      <w:r>
        <w:rPr>
          <w:b w:val="0"/>
          <w:sz w:val="22"/>
        </w:rPr>
        <w:t>Telefono / Email : ___________________________________________________________</w:t>
      </w:r>
    </w:p>
    <w:p/>
    <w:p/>
    <w:p>
      <w:r>
        <w:rPr>
          <w:b/>
          <w:sz w:val="22"/>
        </w:rPr>
        <w:t>Oggetto del Preventivo:</w:t>
      </w:r>
    </w:p>
    <w:p>
      <w:r>
        <w:rPr>
          <w:b w:val="0"/>
          <w:sz w:val="22"/>
        </w:rPr>
        <w:t>Ristrutturazione completa dell'immobile sito in ____________________________________________,</w:t>
      </w:r>
    </w:p>
    <w:p>
      <w:r>
        <w:rPr>
          <w:b w:val="0"/>
          <w:sz w:val="22"/>
        </w:rPr>
        <w:t>con le seguenti lavorazioni dettagliate e preventivate come da quanto segue: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Descrizione Lavorazione</w:t>
            </w:r>
          </w:p>
        </w:tc>
        <w:tc>
          <w:tcPr>
            <w:tcW w:type="dxa" w:w="2493"/>
          </w:tcPr>
          <w:p>
            <w:r>
              <w:t>Quantità/Unità</w:t>
            </w:r>
          </w:p>
        </w:tc>
        <w:tc>
          <w:tcPr>
            <w:tcW w:type="dxa" w:w="2493"/>
          </w:tcPr>
          <w:p>
            <w:r>
              <w:t>Prezzo Unitario (€)</w:t>
            </w:r>
          </w:p>
        </w:tc>
        <w:tc>
          <w:tcPr>
            <w:tcW w:type="dxa" w:w="2493"/>
          </w:tcPr>
          <w:p>
            <w:r>
              <w:t>Totale (€)</w:t>
            </w:r>
          </w:p>
        </w:tc>
      </w:tr>
      <w:tr>
        <w:tc>
          <w:tcPr>
            <w:tcW w:type="dxa" w:w="2493"/>
          </w:tcPr>
          <w:p>
            <w:r>
              <w:t>Demolizioni e smaltimento materiali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</w:tr>
      <w:tr>
        <w:tc>
          <w:tcPr>
            <w:tcW w:type="dxa" w:w="2493"/>
          </w:tcPr>
          <w:p>
            <w:r>
              <w:t>Rifacimento impianto idraulico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</w:tr>
      <w:tr>
        <w:tc>
          <w:tcPr>
            <w:tcW w:type="dxa" w:w="2493"/>
          </w:tcPr>
          <w:p>
            <w:r>
              <w:t>Rifacimento impianto elettrico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</w:tr>
      <w:tr>
        <w:tc>
          <w:tcPr>
            <w:tcW w:type="dxa" w:w="2493"/>
          </w:tcPr>
          <w:p>
            <w:r>
              <w:t>Intonaci e rasature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</w:tr>
      <w:tr>
        <w:tc>
          <w:tcPr>
            <w:tcW w:type="dxa" w:w="2493"/>
          </w:tcPr>
          <w:p>
            <w:r>
              <w:t>Posa pavimenti e rivestimenti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</w:tr>
      <w:tr>
        <w:tc>
          <w:tcPr>
            <w:tcW w:type="dxa" w:w="2493"/>
          </w:tcPr>
          <w:p>
            <w:r>
              <w:t>Tinteggiatura pareti e soffitti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</w:tr>
      <w:tr>
        <w:tc>
          <w:tcPr>
            <w:tcW w:type="dxa" w:w="2493"/>
          </w:tcPr>
          <w:p>
            <w:r>
              <w:t>Installazione infissi interni/esterni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</w:tr>
      <w:tr>
        <w:tc>
          <w:tcPr>
            <w:tcW w:type="dxa" w:w="2493"/>
          </w:tcPr>
          <w:p>
            <w:r>
              <w:t>Altre lavorazioni (specificare)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  <w:tc>
          <w:tcPr>
            <w:tcW w:type="dxa" w:w="2493"/>
          </w:tcPr>
          <w:p>
            <w:r>
              <w:t>___</w:t>
            </w:r>
          </w:p>
        </w:tc>
      </w:tr>
    </w:tbl>
    <w:p/>
    <w:p/>
    <w:p/>
    <w:p>
      <w:r>
        <w:rPr>
          <w:b/>
          <w:sz w:val="22"/>
        </w:rPr>
        <w:t>Totale complessivo preventivato (IVA inclusa): ____________________________ €</w:t>
      </w:r>
    </w:p>
    <w:p/>
    <w:p/>
    <w:p>
      <w:r>
        <w:rPr>
          <w:b/>
          <w:sz w:val="22"/>
        </w:rPr>
        <w:t>Condizioni Generali:</w:t>
      </w:r>
    </w:p>
    <w:p>
      <w:r>
        <w:rPr>
          <w:b w:val="0"/>
          <w:sz w:val="22"/>
        </w:rPr>
        <w:t>1. Il presente preventivo ha validità di 30 giorni dalla data di consegna al committente.</w:t>
        <w:br/>
        <w:t>2. I prezzi indicati comprendono tutte le forniture e le lavorazioni necessarie per il completamento dei lavori come da specifiche.</w:t>
        <w:br/>
        <w:t>3. Eventuali varianti e/o lavori aggiuntivi non previsti nel presente documento saranno oggetto di specifico accordo scritto tra le parti.</w:t>
        <w:br/>
        <w:t>4. I pagamenti dovranno essere effettuati secondo le seguenti modalità e scadenze:</w:t>
        <w:br/>
        <w:t xml:space="preserve">   a) Acconto del 30% alla firma del preventivo/contratto.</w:t>
        <w:br/>
        <w:t xml:space="preserve">   b) Acconto del 40% a metà lavori.</w:t>
        <w:br/>
        <w:t xml:space="preserve">   c) Saldo finale del 30% al completamento e collaudo delle opere.</w:t>
        <w:br/>
        <w:t>5. L'impresa si impegna a rispettare tutte le normative vigenti in materia di sicurezza sul lavoro, qualità dei materiali e tutela ambientale.</w:t>
        <w:br/>
        <w:t>6. L'inizio dei lavori sarà concordato tra le parti e comunicato tempestivamente.</w:t>
        <w:br/>
        <w:t>7. Il committente si impegna a consentire l'accesso ai locali e a fornire tutte le informazioni necessarie per l'esecuzione dei lavori.</w:t>
        <w:br/>
        <w:t>8. L'impresa non risponde di eventuali danni derivanti da difformità o vizi preesistenti all'immobile non segnalati dal committente.</w:t>
        <w:br/>
        <w:t>9. La presente proposta non costituisce contratto vincolante fino alla sottoscrizione del relativo accordo scritto.</w:t>
      </w:r>
    </w:p>
    <w:p/>
    <w:p/>
    <w:p>
      <w:r>
        <w:rPr>
          <w:b/>
          <w:sz w:val="22"/>
        </w:rPr>
        <w:t>Accettazione del Preventivo e Impegno Contrattuale</w:t>
      </w:r>
    </w:p>
    <w:p>
      <w:r>
        <w:rPr>
          <w:b w:val="0"/>
          <w:sz w:val="22"/>
        </w:rPr>
        <w:t>Il sottoscritto Committente dichiara di aver preso visione del presente preventivo, di accettarne integralmente i contenuti e le condizioni generali ivi riportate, e si impegna a procedere con l'affidamento dei lavori all'Impresa Esecutrice alle condizioni stabilite.</w:t>
      </w:r>
    </w:p>
    <w:p/>
    <w:p/>
    <w:p>
      <w:r>
        <w:rPr>
          <w:b w:val="0"/>
          <w:sz w:val="22"/>
        </w:rPr>
        <w:t>Luogo, Data: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IMPRESA ESECUTRICE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https://documenti-esperti.com/esempio-preventivo-ristrutturazione-casa/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esempio-preventivo-ristrutturazione-casa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