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CERTIFICATO DI CONSISTENZA PER SUCCESSIONE</w:t>
      </w:r>
    </w:p>
    <w:p/>
    <w:p/>
    <w:p>
      <w:r>
        <w:rPr>
          <w:b w:val="0"/>
          <w:sz w:val="20"/>
        </w:rPr>
        <w:t>Il sottoscritto Notaio ________________________________________________,</w:t>
      </w:r>
    </w:p>
    <w:p>
      <w:r>
        <w:rPr>
          <w:b w:val="0"/>
          <w:sz w:val="20"/>
        </w:rPr>
        <w:t>in qualità di pubblico ufficiale autorizzato ai sensi di legge, con il presente atto</w:t>
      </w:r>
    </w:p>
    <w:p>
      <w:r>
        <w:rPr>
          <w:b w:val="0"/>
          <w:sz w:val="20"/>
        </w:rPr>
        <w:t>certifica quanto segue ai fini della successione ereditaria.</w:t>
      </w:r>
    </w:p>
    <w:p/>
    <w:p/>
    <w:p>
      <w:r>
        <w:rPr>
          <w:b/>
          <w:sz w:val="20"/>
        </w:rPr>
        <w:t>1. Dati anagrafici del defunto:</w:t>
      </w:r>
    </w:p>
    <w:p>
      <w:r>
        <w:rPr>
          <w:b w:val="0"/>
          <w:sz w:val="20"/>
        </w:rPr>
        <w:t>Nome e Cognome : __________________________________________________________</w:t>
      </w:r>
    </w:p>
    <w:p>
      <w:r>
        <w:rPr>
          <w:b w:val="0"/>
          <w:sz w:val="20"/>
        </w:rPr>
        <w:t>Data e luogo di nascita : ___________________________________________________</w:t>
      </w:r>
    </w:p>
    <w:p>
      <w:r>
        <w:rPr>
          <w:b w:val="0"/>
          <w:sz w:val="20"/>
        </w:rPr>
        <w:t>Ultima residenza : 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</w:t>
      </w:r>
    </w:p>
    <w:p/>
    <w:p>
      <w:r>
        <w:rPr>
          <w:b/>
          <w:sz w:val="20"/>
        </w:rPr>
        <w:t>2. Dichiarazione di consistenza dei beni immobili ai sensi dell'art. 3 D.P.R. 28 dicembre 2000, n. 445:</w:t>
      </w:r>
    </w:p>
    <w:p>
      <w:r>
        <w:rPr>
          <w:b w:val="0"/>
          <w:sz w:val="20"/>
        </w:rPr>
        <w:t>Il sottoscritto certifica che al momento del decesso del suddetto, risultano in suo possesso i seguenti beni immobili: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Tipo di Bene</w:t>
            </w:r>
          </w:p>
        </w:tc>
        <w:tc>
          <w:tcPr>
            <w:tcW w:type="dxa" w:w="1994"/>
          </w:tcPr>
          <w:p>
            <w:r>
              <w:t>Indirizzo/Ubicazione</w:t>
            </w:r>
          </w:p>
        </w:tc>
        <w:tc>
          <w:tcPr>
            <w:tcW w:type="dxa" w:w="1994"/>
          </w:tcPr>
          <w:p>
            <w:r>
              <w:t>Categoria Catastale</w:t>
            </w:r>
          </w:p>
        </w:tc>
        <w:tc>
          <w:tcPr>
            <w:tcW w:type="dxa" w:w="1994"/>
          </w:tcPr>
          <w:p>
            <w:r>
              <w:t>Foglio - Particella - Subalterno</w:t>
            </w:r>
          </w:p>
        </w:tc>
        <w:tc>
          <w:tcPr>
            <w:tcW w:type="dxa" w:w="1994"/>
          </w:tcPr>
          <w:p>
            <w:r>
              <w:t>Quota di Possesso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____________________________________________________________</w:t>
            </w:r>
          </w:p>
        </w:tc>
      </w:tr>
    </w:tbl>
    <w:p/>
    <w:p>
      <w:r>
        <w:rPr>
          <w:b w:val="0"/>
          <w:sz w:val="20"/>
        </w:rPr>
        <w:t>Dichiara altresì che, a sua conoscenza e secondo gli atti in suo possesso, non risultano altri beni immobili intestati al defunto.</w:t>
      </w:r>
    </w:p>
    <w:p/>
    <w:p/>
    <w:p>
      <w:r>
        <w:rPr>
          <w:b/>
          <w:sz w:val="20"/>
        </w:rPr>
        <w:t>3. Dati anagrafici degli eredi:</w:t>
      </w:r>
    </w:p>
    <w:p>
      <w:r>
        <w:rPr>
          <w:b w:val="0"/>
          <w:sz w:val="20"/>
        </w:rPr>
        <w:t>Nome e Cognome : __________________________________________________________</w:t>
      </w:r>
    </w:p>
    <w:p>
      <w:r>
        <w:rPr>
          <w:b w:val="0"/>
          <w:sz w:val="20"/>
        </w:rPr>
        <w:t>Data e luogo di nascita : 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</w:t>
      </w:r>
    </w:p>
    <w:p>
      <w:r>
        <w:rPr>
          <w:b w:val="0"/>
          <w:sz w:val="20"/>
        </w:rPr>
        <w:t>Quota ereditaria spettante : _______________________________________________</w:t>
      </w:r>
    </w:p>
    <w:p/>
    <w:p/>
    <w:p>
      <w:r>
        <w:rPr>
          <w:b/>
          <w:sz w:val="20"/>
        </w:rPr>
        <w:t>4. Dichiarazioni finali e sottoscrizione:</w:t>
      </w:r>
    </w:p>
    <w:p>
      <w:r>
        <w:rPr>
          <w:b w:val="0"/>
          <w:sz w:val="20"/>
        </w:rPr>
        <w:t>Il presente certificato è redatto ai sensi dell'art. 3 del D.P.R. 28 dicembre 2000, n. 445, con l'obiettivo di attestare la consistenza del patrimonio immobiliare del defunto al fine della procedura successoria.</w:t>
      </w:r>
    </w:p>
    <w:p>
      <w:r>
        <w:rPr>
          <w:b w:val="0"/>
          <w:sz w:val="20"/>
        </w:rPr>
        <w:t>Il sottoscritto Notaio dichiara di aver verificato la corrispondenza delle informazioni riportate con gli atti pubblici e i registri catastali consultati.</w:t>
      </w:r>
    </w:p>
    <w:p/>
    <w:p/>
    <w:p>
      <w:r>
        <w:rPr>
          <w:b w:val="0"/>
          <w:sz w:val="20"/>
        </w:rPr>
        <w:t>Luogo, _______________________________________________________________</w:t>
      </w:r>
    </w:p>
    <w:p>
      <w:r>
        <w:rPr>
          <w:b w:val="0"/>
          <w:sz w:val="20"/>
        </w:rPr>
        <w:t>Notaio,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Notaio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L'Erede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https://documenti-esperti.com/fac-simile-certificato-di-consistenza-per-successione/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ertificato-di-consistenza-per-succession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