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FAC SIMILE CERTIFICATO MEDICO PER CONGEDO PER CURE</w:t>
      </w:r>
    </w:p>
    <w:p/>
    <w:p/>
    <w:p>
      <w:r>
        <w:rPr>
          <w:b/>
          <w:sz w:val="22"/>
        </w:rPr>
        <w:t>Dati del Medico Certificante:</w:t>
      </w:r>
    </w:p>
    <w:p>
      <w:r>
        <w:rPr>
          <w:b w:val="0"/>
          <w:sz w:val="22"/>
        </w:rPr>
        <w:t>Nome e Cognome : ______________________________________________</w:t>
      </w:r>
    </w:p>
    <w:p>
      <w:r>
        <w:rPr>
          <w:b w:val="0"/>
          <w:sz w:val="22"/>
        </w:rPr>
        <w:t>Iscrizione all'Ordine dei Medici di : ___________________________</w:t>
      </w:r>
    </w:p>
    <w:p>
      <w:r>
        <w:rPr>
          <w:b w:val="0"/>
          <w:sz w:val="22"/>
        </w:rPr>
        <w:t>Numero di Iscrizione : __________________________________________</w:t>
      </w:r>
    </w:p>
    <w:p/>
    <w:p>
      <w:r>
        <w:rPr>
          <w:b/>
          <w:sz w:val="22"/>
        </w:rPr>
        <w:t>Dati del Paziente:</w:t>
      </w:r>
    </w:p>
    <w:p>
      <w:r>
        <w:rPr>
          <w:b w:val="0"/>
          <w:sz w:val="22"/>
        </w:rPr>
        <w:t>Nome e Cognome : ______________________________________________</w:t>
      </w:r>
    </w:p>
    <w:p>
      <w:r>
        <w:rPr>
          <w:b w:val="0"/>
          <w:sz w:val="22"/>
        </w:rPr>
        <w:t>Data di Nascita : _______________________________________________</w:t>
      </w:r>
    </w:p>
    <w:p>
      <w:r>
        <w:rPr>
          <w:b w:val="0"/>
          <w:sz w:val="22"/>
        </w:rPr>
        <w:t>Codice Fiscale : ________________________________________________</w:t>
      </w:r>
    </w:p>
    <w:p>
      <w:r>
        <w:rPr>
          <w:b w:val="0"/>
          <w:sz w:val="22"/>
        </w:rPr>
        <w:t>Residente in : _________________________________________________</w:t>
      </w:r>
    </w:p>
    <w:p>
      <w:r>
        <w:rPr>
          <w:b w:val="0"/>
          <w:sz w:val="22"/>
        </w:rPr>
        <w:t>Indirizzo : _____________________________________________________</w:t>
      </w:r>
    </w:p>
    <w:p/>
    <w:p>
      <w:r>
        <w:rPr>
          <w:b/>
          <w:sz w:val="22"/>
        </w:rPr>
        <w:t>Oggetto del Certificato:</w:t>
      </w:r>
    </w:p>
    <w:p>
      <w:r>
        <w:rPr>
          <w:b w:val="0"/>
          <w:sz w:val="22"/>
        </w:rPr>
        <w:t>Il sottoscritto Dott./Dott.ssa __________________________________</w:t>
      </w:r>
    </w:p>
    <w:p>
      <w:r>
        <w:rPr>
          <w:b w:val="0"/>
          <w:sz w:val="22"/>
        </w:rPr>
        <w:t>certifica che il/la Signor/Signora sopra indicato/a necessita di un congedo per cure mediche per motivi di salute.</w:t>
      </w:r>
    </w:p>
    <w:p>
      <w:r>
        <w:rPr>
          <w:b w:val="0"/>
          <w:sz w:val="22"/>
        </w:rPr>
        <w:t>La durata del congedo è stimata in giorni _______________ a partire dalla data di inizio del trattamento.</w:t>
      </w:r>
    </w:p>
    <w:p/>
    <w:p>
      <w:r>
        <w:rPr>
          <w:b/>
          <w:sz w:val="22"/>
        </w:rPr>
        <w:t>Descrizione sintetica della patologia o del motivo delle cure: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/>
    <w:p>
      <w:r>
        <w:rPr>
          <w:b/>
          <w:sz w:val="22"/>
        </w:rPr>
        <w:t>Indicazioni e Prescrizioni Mediche:</w:t>
      </w:r>
    </w:p>
    <w:p>
      <w:r>
        <w:rPr>
          <w:b w:val="0"/>
          <w:sz w:val="22"/>
        </w:rPr>
        <w:t>Durante il periodo di congedo è necessario osservare le seguenti prescrizioni:</w:t>
      </w:r>
    </w:p>
    <w:p>
      <w:r>
        <w:rPr>
          <w:b w:val="0"/>
          <w:sz w:val="22"/>
        </w:rPr>
        <w:t>• _______________________________________________</w:t>
      </w:r>
    </w:p>
    <w:p>
      <w:r>
        <w:rPr>
          <w:b w:val="0"/>
          <w:sz w:val="22"/>
        </w:rPr>
        <w:t>• _______________________________________________</w:t>
      </w:r>
    </w:p>
    <w:p>
      <w:r>
        <w:rPr>
          <w:b w:val="0"/>
          <w:sz w:val="22"/>
        </w:rPr>
        <w:t>• _______________________________________________</w:t>
      </w:r>
    </w:p>
    <w:p/>
    <w:p>
      <w:r>
        <w:rPr>
          <w:b w:val="0"/>
          <w:sz w:val="22"/>
        </w:rPr>
        <w:t>Dichiaro che il presente certificato è redatto in conformità alle normative vigenti in materia di certificazione medica e tutela della privacy,</w:t>
      </w:r>
    </w:p>
    <w:p>
      <w:r>
        <w:rPr>
          <w:b w:val="0"/>
          <w:sz w:val="22"/>
        </w:rPr>
        <w:t>e che le informazioni sopra riportate corrispondono al vero stato di salute del paziente.</w:t>
      </w:r>
    </w:p>
    <w:p/>
    <w:p/>
    <w:p>
      <w:r>
        <w:rPr>
          <w:b w:val="0"/>
          <w:sz w:val="22"/>
        </w:rPr>
        <w:t>Luogo : ____________________________________</w:t>
      </w:r>
    </w:p>
    <w:p>
      <w:r>
        <w:rPr>
          <w:b w:val="0"/>
          <w:sz w:val="22"/>
        </w:rPr>
        <w:t>Data : 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Medico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Timbro del Medico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/>
          <w:sz w:val="22"/>
        </w:rPr>
        <w:t>Nota Bene:</w:t>
      </w:r>
    </w:p>
    <w:p>
      <w:r>
        <w:rPr>
          <w:b w:val="0"/>
          <w:sz w:val="22"/>
        </w:rPr>
        <w:t>Il presente certificato è valido esclusivamente ai fini della richiesta di congedo per cure mediche ai sensi delle normative italiane vigenti.</w:t>
      </w:r>
    </w:p>
    <w:p>
      <w:r>
        <w:rPr>
          <w:b w:val="0"/>
          <w:sz w:val="22"/>
        </w:rPr>
        <w:t>Eventuali falsificazioni o dichiarazioni mendaci sono perseguibili a norma di legge.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https://documenti-esperti.com/fac-simile-certificato-medico-per-congedo-per-cure/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certificato-medico-per-congedo-per-cur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