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COMPILAZIONE CMR</w:t>
      </w:r>
    </w:p>
    <w:p/>
    <w:p>
      <w:r>
        <w:rPr>
          <w:b/>
          <w:sz w:val="22"/>
        </w:rPr>
        <w:t>1. Mittente (Spedizioniere / Caricatore)</w:t>
      </w:r>
    </w:p>
    <w:p>
      <w:r>
        <w:rPr>
          <w:b w:val="0"/>
          <w:sz w:val="20"/>
        </w:rPr>
        <w:t>Nome / Ragione Sociale : _____________________________________________</w:t>
      </w:r>
    </w:p>
    <w:p>
      <w:r>
        <w:rPr>
          <w:b w:val="0"/>
          <w:sz w:val="20"/>
        </w:rPr>
        <w:t>Indirizzo : ___________________________________________________________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</w:t>
      </w:r>
    </w:p>
    <w:p>
      <w:r>
        <w:rPr>
          <w:b w:val="0"/>
          <w:sz w:val="20"/>
        </w:rPr>
        <w:t>Telefono : ____________________________________________________________</w:t>
      </w:r>
    </w:p>
    <w:p>
      <w:r>
        <w:rPr>
          <w:b w:val="0"/>
          <w:sz w:val="20"/>
        </w:rPr>
        <w:t>Nazione : ____________________________________________________________</w:t>
      </w:r>
    </w:p>
    <w:p/>
    <w:p>
      <w:r>
        <w:rPr>
          <w:b/>
          <w:sz w:val="22"/>
        </w:rPr>
        <w:t>2. Destinatario</w:t>
      </w:r>
    </w:p>
    <w:p>
      <w:r>
        <w:rPr>
          <w:b w:val="0"/>
          <w:sz w:val="20"/>
        </w:rPr>
        <w:t>Nome / Ragione Sociale : _____________________________________________</w:t>
      </w:r>
    </w:p>
    <w:p>
      <w:r>
        <w:rPr>
          <w:b w:val="0"/>
          <w:sz w:val="20"/>
        </w:rPr>
        <w:t>Indirizzo : ___________________________________________________________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</w:t>
      </w:r>
    </w:p>
    <w:p>
      <w:r>
        <w:rPr>
          <w:b w:val="0"/>
          <w:sz w:val="20"/>
        </w:rPr>
        <w:t>Telefono : ____________________________________________________________</w:t>
      </w:r>
    </w:p>
    <w:p>
      <w:r>
        <w:rPr>
          <w:b w:val="0"/>
          <w:sz w:val="20"/>
        </w:rPr>
        <w:t>Nazione : ____________________________________________________________</w:t>
      </w:r>
    </w:p>
    <w:p/>
    <w:p>
      <w:r>
        <w:rPr>
          <w:b/>
          <w:sz w:val="22"/>
        </w:rPr>
        <w:t>3. Luogo e Data del Carico</w:t>
      </w:r>
    </w:p>
    <w:p>
      <w:r>
        <w:rPr>
          <w:b w:val="0"/>
          <w:sz w:val="20"/>
        </w:rPr>
        <w:t>Luogo di presa in consegna della merce : _______________________________</w:t>
      </w:r>
    </w:p>
    <w:p>
      <w:r>
        <w:rPr>
          <w:b w:val="0"/>
          <w:sz w:val="20"/>
        </w:rPr>
        <w:t>Data : ________________________________________________________________</w:t>
      </w:r>
    </w:p>
    <w:p/>
    <w:p>
      <w:r>
        <w:rPr>
          <w:b/>
          <w:sz w:val="22"/>
        </w:rPr>
        <w:t>4. Luogo di Consegna</w:t>
      </w:r>
    </w:p>
    <w:p>
      <w:r>
        <w:rPr>
          <w:b w:val="0"/>
          <w:sz w:val="20"/>
        </w:rPr>
        <w:t>Luogo di consegna della merce : _______________________________________</w:t>
      </w:r>
    </w:p>
    <w:p>
      <w:r>
        <w:rPr>
          <w:b w:val="0"/>
          <w:sz w:val="20"/>
        </w:rPr>
        <w:t>Data stimata di consegna : ____________________________________________</w:t>
      </w:r>
    </w:p>
    <w:p/>
    <w:p>
      <w:r>
        <w:rPr>
          <w:b/>
          <w:sz w:val="22"/>
        </w:rPr>
        <w:t>5. Descrizione della Merce</w:t>
      </w:r>
    </w:p>
    <w:p>
      <w:r>
        <w:rPr>
          <w:b w:val="0"/>
          <w:sz w:val="20"/>
        </w:rPr>
        <w:t>Natura della merce : _________________________________________________</w:t>
      </w:r>
    </w:p>
    <w:p>
      <w:r>
        <w:rPr>
          <w:b w:val="0"/>
          <w:sz w:val="20"/>
        </w:rPr>
        <w:t>Numero di colli : _____________________________________________________</w:t>
      </w:r>
    </w:p>
    <w:p>
      <w:r>
        <w:rPr>
          <w:b w:val="0"/>
          <w:sz w:val="20"/>
        </w:rPr>
        <w:t>Peso lordo (kg) : _____________________________________________________</w:t>
      </w:r>
    </w:p>
    <w:p>
      <w:r>
        <w:rPr>
          <w:b w:val="0"/>
          <w:sz w:val="20"/>
        </w:rPr>
        <w:t>Volume (m³) : ________________________________________________________</w:t>
      </w:r>
    </w:p>
    <w:p>
      <w:r>
        <w:rPr>
          <w:b w:val="0"/>
          <w:sz w:val="20"/>
        </w:rPr>
        <w:t>Marchi e numeri : ____________________________________________________</w:t>
      </w:r>
    </w:p>
    <w:p/>
    <w:p>
      <w:r>
        <w:rPr>
          <w:b/>
          <w:sz w:val="22"/>
        </w:rPr>
        <w:t>6. Istruzioni Particolari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2"/>
        </w:rPr>
        <w:t>7. Modalità di Trasporto e Mezzo</w:t>
      </w:r>
    </w:p>
    <w:p>
      <w:r>
        <w:rPr>
          <w:b w:val="0"/>
          <w:sz w:val="20"/>
        </w:rPr>
        <w:t>Tipo di trasporto : ___________________________________________________</w:t>
      </w:r>
    </w:p>
    <w:p>
      <w:r>
        <w:rPr>
          <w:b w:val="0"/>
          <w:sz w:val="20"/>
        </w:rPr>
        <w:t>Mezzo di trasporto : __________________________________________________</w:t>
      </w:r>
    </w:p>
    <w:p>
      <w:r>
        <w:rPr>
          <w:b w:val="0"/>
          <w:sz w:val="20"/>
        </w:rPr>
        <w:t>Numero del veicolo : _________________________________________________</w:t>
      </w:r>
    </w:p>
    <w:p/>
    <w:p>
      <w:r>
        <w:rPr>
          <w:b/>
          <w:sz w:val="22"/>
        </w:rPr>
        <w:t>8. Spese e Pagamenti</w:t>
      </w:r>
    </w:p>
    <w:p>
      <w:r>
        <w:rPr>
          <w:b w:val="0"/>
          <w:sz w:val="20"/>
        </w:rPr>
        <w:t>Porto franco / Porto assegnato / Altro (specificare) : __________________</w:t>
      </w:r>
    </w:p>
    <w:p>
      <w:r>
        <w:rPr>
          <w:b w:val="0"/>
          <w:sz w:val="20"/>
        </w:rPr>
        <w:t>Spese di trasporto a carico di : ______________________________________</w:t>
      </w:r>
    </w:p>
    <w:p>
      <w:r>
        <w:rPr>
          <w:b w:val="0"/>
          <w:sz w:val="20"/>
        </w:rPr>
        <w:t>Spese accessorie (dazi, tasse, ecc.) a carico di : _____________________</w:t>
      </w:r>
    </w:p>
    <w:p/>
    <w:p>
      <w:r>
        <w:rPr>
          <w:b/>
          <w:sz w:val="22"/>
        </w:rPr>
        <w:t>9. Dichiarazioni del Mittente</w:t>
      </w:r>
    </w:p>
    <w:p>
      <w:r>
        <w:rPr>
          <w:b w:val="0"/>
          <w:sz w:val="20"/>
        </w:rPr>
        <w:t>Il mittente dichiara che la merce è conforme alla descrizione, imballata adeguatamente e che non contiene materiali pericolosi salvo comunicazione scritta.</w:t>
      </w:r>
    </w:p>
    <w:p/>
    <w:p>
      <w:r>
        <w:rPr>
          <w:b/>
          <w:sz w:val="22"/>
        </w:rPr>
        <w:t>10. Responsabilità e Limiti</w:t>
      </w:r>
    </w:p>
    <w:p>
      <w:r>
        <w:rPr>
          <w:b w:val="0"/>
          <w:sz w:val="20"/>
        </w:rPr>
        <w:t>Il vettore accetta la merce con riserva di verifica e risponde secondo le norme della Convenzione CMR, salvo limitazioni di responsabilità previste dalla legge.</w:t>
      </w:r>
    </w:p>
    <w:p/>
    <w:p>
      <w:r>
        <w:rPr>
          <w:b/>
          <w:sz w:val="22"/>
        </w:rPr>
        <w:t>11. Firma e Timbro del Mittente</w:t>
      </w:r>
    </w:p>
    <w:p>
      <w:r>
        <w:rPr>
          <w:b w:val="0"/>
          <w:sz w:val="20"/>
        </w:rPr>
        <w:t>Firma : _______________________________________________________________</w:t>
      </w:r>
    </w:p>
    <w:p>
      <w:r>
        <w:rPr>
          <w:b w:val="0"/>
          <w:sz w:val="20"/>
        </w:rPr>
        <w:t>Timbro : ______________________________________________________________</w:t>
      </w:r>
    </w:p>
    <w:p/>
    <w:p/>
    <w:p>
      <w:r>
        <w:rPr>
          <w:b/>
          <w:sz w:val="22"/>
        </w:rPr>
        <w:t>12. Firma e Timbro del Vettore</w:t>
      </w:r>
    </w:p>
    <w:p>
      <w:r>
        <w:rPr>
          <w:b w:val="0"/>
          <w:sz w:val="20"/>
        </w:rPr>
        <w:t>Firma : _______________________________________________________________</w:t>
      </w:r>
    </w:p>
    <w:p>
      <w:r>
        <w:rPr>
          <w:b w:val="0"/>
          <w:sz w:val="20"/>
        </w:rPr>
        <w:t>Timbro : ______________________________________________________________</w:t>
      </w:r>
    </w:p>
    <w:p/>
    <w:p/>
    <w:p>
      <w:r>
        <w:rPr>
          <w:b/>
          <w:sz w:val="22"/>
        </w:rPr>
        <w:t>13. Firma del Destinatario (alla consegna)</w:t>
      </w:r>
    </w:p>
    <w:p>
      <w:r>
        <w:rPr>
          <w:b w:val="0"/>
          <w:sz w:val="20"/>
        </w:rPr>
        <w:t>Data e Ora : __________________________________________________________</w:t>
      </w:r>
    </w:p>
    <w:p>
      <w:r>
        <w:rPr>
          <w:b w:val="0"/>
          <w:sz w:val="20"/>
        </w:rPr>
        <w:t>Firma : _______________________________________________________________</w:t>
      </w:r>
    </w:p>
    <w:p>
      <w:r>
        <w:rPr>
          <w:b w:val="0"/>
          <w:sz w:val="20"/>
        </w:rPr>
        <w:t>Osservazioni : 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VETTORE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e Timbro</w:t>
              <w:br/>
              <w:t>__________________________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e Timbro</w:t>
              <w:br/>
              <w:t>__________________________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</w:t>
              <w:br/>
              <w:t>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https://documenti-esperti.com/fac-simile-compilazione-cmr-esempio/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fac-simile-compilazione-cmr-esempi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