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 COMUNICAZIONE DELL’AVVENUTO PAGAMENTO</w:t>
      </w:r>
    </w:p>
    <w:p/>
    <w:p/>
    <w:p>
      <w:r>
        <w:rPr>
          <w:b/>
          <w:sz w:val="20"/>
        </w:rPr>
        <w:t>Alla cortese attenzione di:</w:t>
      </w:r>
    </w:p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Indirizzo: ___________________________________</w:t>
      </w:r>
    </w:p>
    <w:p>
      <w:r>
        <w:rPr>
          <w:b w:val="0"/>
          <w:sz w:val="20"/>
        </w:rPr>
        <w:t>CAP: ___________    Città: __________________</w:t>
      </w:r>
    </w:p>
    <w:p/>
    <w:p/>
    <w:p>
      <w:r>
        <w:rPr>
          <w:b/>
          <w:sz w:val="20"/>
        </w:rPr>
        <w:t>OGGETTO: Comunicazione di avvenuto pagamento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/ Ragione Sociale: ______________________________________________</w:t>
      </w:r>
    </w:p>
    <w:p>
      <w:r>
        <w:rPr>
          <w:b w:val="0"/>
          <w:sz w:val="20"/>
        </w:rPr>
        <w:t>Codice Fiscale / Partita IVA: _________________________________________________</w:t>
      </w:r>
    </w:p>
    <w:p>
      <w:r>
        <w:rPr>
          <w:b w:val="0"/>
          <w:sz w:val="20"/>
        </w:rPr>
        <w:t>Indirizzo: ______________________________________________________________</w:t>
      </w:r>
    </w:p>
    <w:p>
      <w:r>
        <w:rPr>
          <w:b w:val="0"/>
          <w:sz w:val="20"/>
        </w:rPr>
        <w:t>CAP: ___________    Città: __________________</w:t>
      </w:r>
    </w:p>
    <w:p/>
    <w:p>
      <w:r>
        <w:rPr>
          <w:b w:val="0"/>
          <w:sz w:val="20"/>
        </w:rPr>
        <w:t>Con la presente si comunica che in data ______________ è stato effettuato il pagamento relativo a quanto dovuto nei confronti di codesta spettabile società, come da accordi e documentazione contrattuale sottoscritta.</w:t>
      </w:r>
    </w:p>
    <w:p/>
    <w:p>
      <w:r>
        <w:rPr>
          <w:b/>
          <w:sz w:val="20"/>
        </w:rPr>
        <w:t>Dettagli del pagamento: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Beneficiario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Importo pagato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€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Metodo di pagamento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Riferimenti pagamento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Causale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</w:tbl>
    <w:p/>
    <w:p/>
    <w:p>
      <w:r>
        <w:rPr>
          <w:b w:val="0"/>
          <w:sz w:val="20"/>
        </w:rPr>
        <w:t>Si prega pertanto di voler prendere atto dell’avvenuto pagamento e procedere con l’aggiornamento delle relative posizioni contabili.</w:t>
      </w:r>
    </w:p>
    <w:p/>
    <w:p/>
    <w:p>
      <w:r>
        <w:rPr>
          <w:b w:val="0"/>
          <w:sz w:val="20"/>
        </w:rPr>
        <w:t>Rimaniamo a disposizione per ogni eventuale chiarimento e porgiamo cordiali saluti.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/>
    <w:p/>
    <w:p>
      <w:r>
        <w:rPr>
          <w:b/>
          <w:sz w:val="20"/>
        </w:rPr>
        <w:t>Note:</w:t>
      </w:r>
    </w:p>
    <w:p>
      <w:r>
        <w:rPr>
          <w:b w:val="0"/>
          <w:sz w:val="20"/>
        </w:rPr>
        <w:t>La presente comunicazione è redatta ai sensi e per gli effetti degli articoli 1193 e seguenti del Codice Civile italiano. Il pagamento effettuato si intende a saldo e completa estinzione del debito oggetto della presente comunicazione, salvo eventuali contestazioni documentate e tempestivamente comunicate.</w:t>
      </w:r>
    </w:p>
    <w:p/>
    <w:p>
      <w:r>
        <w:rPr>
          <w:b/>
          <w:sz w:val="20"/>
        </w:rPr>
        <w:t>Trattamento dei dati personali:</w:t>
      </w:r>
    </w:p>
    <w:p>
      <w:r>
        <w:rPr>
          <w:b w:val="0"/>
          <w:sz w:val="20"/>
        </w:rPr>
        <w:t>I dati personali forniti con la presente comunicazione saranno trattati in conformità al Regolamento UE 2016/679 (GDPR) esclusivamente per finalità connesse all’esecuzione e gestione del rapporto contrattuale.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https://documenti-esperti.com/fac-simile-comunicazione-avvenuto-pagamento/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fac-simile-comunicazione-avvenuto-pagamen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