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DENUNCIA MALASANITÀ</w:t>
      </w:r>
    </w:p>
    <w:p/>
    <w:p>
      <w:r>
        <w:rPr>
          <w:b/>
          <w:sz w:val="20"/>
        </w:rPr>
        <w:t>Al Direttore Sanitario</w:t>
      </w:r>
    </w:p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Presso struttura sanitaria: ____________________</w:t>
      </w:r>
    </w:p>
    <w:p>
      <w:r>
        <w:rPr>
          <w:b w:val="0"/>
          <w:sz w:val="20"/>
        </w:rPr>
        <w:t>Indirizzo: ____________________________________</w:t>
      </w:r>
    </w:p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Cognome: _________________________________________________</w:t>
      </w:r>
    </w:p>
    <w:p>
      <w:r>
        <w:rPr>
          <w:b w:val="0"/>
          <w:sz w:val="20"/>
        </w:rPr>
        <w:t>Codice Fiscale: _________________________________________________</w:t>
      </w:r>
    </w:p>
    <w:p>
      <w:r>
        <w:rPr>
          <w:b w:val="0"/>
          <w:sz w:val="20"/>
        </w:rPr>
        <w:t>Residenza: ______________________________________________________</w:t>
      </w:r>
    </w:p>
    <w:p>
      <w:r>
        <w:rPr>
          <w:b w:val="0"/>
          <w:sz w:val="20"/>
        </w:rPr>
        <w:t>Recapito telefonico: _____________________________________________</w:t>
      </w:r>
    </w:p>
    <w:p>
      <w:r>
        <w:rPr>
          <w:b w:val="0"/>
          <w:sz w:val="20"/>
        </w:rPr>
        <w:t>Email: __________________________________________________________</w:t>
      </w:r>
    </w:p>
    <w:p/>
    <w:p>
      <w:r>
        <w:rPr>
          <w:b/>
          <w:sz w:val="20"/>
        </w:rPr>
        <w:t>Oggetto: Denuncia per malasanità e richiesta di risarcimento danni</w:t>
      </w:r>
    </w:p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1. In data _______________ il/la sottoscritto/a ha ricevuto assistenza presso la struttura sanitaria sopra indicata;</w:t>
      </w:r>
    </w:p>
    <w:p>
      <w:r>
        <w:rPr>
          <w:b w:val="0"/>
          <w:sz w:val="20"/>
        </w:rPr>
        <w:t>2. Durante la prestazione sanitaria si sono verificati fatti che hanno arrecato danni fisici e/o morali al/la sottoscritto/a;</w:t>
      </w:r>
    </w:p>
    <w:p>
      <w:r>
        <w:rPr>
          <w:b w:val="0"/>
          <w:sz w:val="20"/>
        </w:rPr>
        <w:t>3. Tali fatti ritengo costituiscano un caso di malasanità, ossia un errore, negligenza o imperizia nell'erogazione delle cure;</w:t>
      </w:r>
    </w:p>
    <w:p>
      <w:r>
        <w:rPr>
          <w:b w:val="0"/>
          <w:sz w:val="20"/>
        </w:rPr>
        <w:t>4. Ai sensi dell’art. 2043 c.c. e delle normative vigenti, intendo tutelare i miei diritti e richiedere il relativo risarcimento;</w:t>
      </w:r>
    </w:p>
    <w:p/>
    <w:p>
      <w:r>
        <w:rPr>
          <w:b/>
          <w:sz w:val="20"/>
        </w:rPr>
        <w:t>DESCRIZIONE DEI FATTI:</w:t>
      </w:r>
    </w:p>
    <w:p>
      <w:r>
        <w:rPr>
          <w:b w:val="0"/>
          <w:sz w:val="20"/>
        </w:rPr>
        <w:t>Il/La sottoscritto/a descrive sinteticamente quanto segue: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DANNI SUBITI:</w:t>
      </w:r>
    </w:p>
    <w:p>
      <w:r>
        <w:rPr>
          <w:b w:val="0"/>
          <w:sz w:val="20"/>
        </w:rPr>
        <w:t>In seguito ai fatti sopra descritti, si segnalano i seguenti danni:</w:t>
      </w:r>
    </w:p>
    <w:p>
      <w:r>
        <w:rPr>
          <w:b w:val="0"/>
          <w:sz w:val="20"/>
        </w:rPr>
        <w:t>- Danni fisici: _________________________________________________________</w:t>
      </w:r>
    </w:p>
    <w:p>
      <w:r>
        <w:rPr>
          <w:b w:val="0"/>
          <w:sz w:val="20"/>
        </w:rPr>
        <w:t>- Danni morali: _________________________________________________________</w:t>
      </w:r>
    </w:p>
    <w:p>
      <w:r>
        <w:rPr>
          <w:b w:val="0"/>
          <w:sz w:val="20"/>
        </w:rPr>
        <w:t>- Altri danni: __________________________________________________________</w:t>
      </w:r>
    </w:p>
    <w:p/>
    <w:p>
      <w:r>
        <w:rPr>
          <w:b/>
          <w:sz w:val="20"/>
        </w:rPr>
        <w:t>PER QUESTI MOTIVI:</w:t>
      </w:r>
    </w:p>
    <w:p>
      <w:r>
        <w:rPr>
          <w:b w:val="0"/>
          <w:sz w:val="20"/>
        </w:rPr>
        <w:t>Chiedo che la struttura sanitaria prenda atto della presente denuncia,</w:t>
      </w:r>
    </w:p>
    <w:p>
      <w:r>
        <w:rPr>
          <w:b w:val="0"/>
          <w:sz w:val="20"/>
        </w:rPr>
        <w:t>proceda ad un'indagine interna e ad una valutazione circa la responsabilità del personale coinvolto,</w:t>
      </w:r>
    </w:p>
    <w:p>
      <w:r>
        <w:rPr>
          <w:b w:val="0"/>
          <w:sz w:val="20"/>
        </w:rPr>
        <w:t>nonché che vengano adottati tutti i provvedimenti necessari per la tutela dei miei diritti.</w:t>
      </w:r>
    </w:p>
    <w:p>
      <w:r>
        <w:rPr>
          <w:b w:val="0"/>
          <w:sz w:val="20"/>
        </w:rPr>
        <w:t>Inoltre, richiedo formalmente il risarcimento dei danni subiti, ai sensi della normativa vigente.</w:t>
      </w:r>
    </w:p>
    <w:p/>
    <w:p>
      <w:r>
        <w:rPr>
          <w:b/>
          <w:sz w:val="20"/>
        </w:rPr>
        <w:t>ALLEGATI:</w:t>
      </w:r>
    </w:p>
    <w:p>
      <w:r>
        <w:rPr>
          <w:b w:val="0"/>
          <w:sz w:val="20"/>
        </w:rPr>
        <w:t>- Copia documenti di identità</w:t>
      </w:r>
    </w:p>
    <w:p>
      <w:r>
        <w:rPr>
          <w:b w:val="0"/>
          <w:sz w:val="20"/>
        </w:rPr>
        <w:t>- Referti medici e certificazioni sanitarie</w:t>
      </w:r>
    </w:p>
    <w:p>
      <w:r>
        <w:rPr>
          <w:b w:val="0"/>
          <w:sz w:val="20"/>
        </w:rPr>
        <w:t>- Eventuali fotografie o documenti comprovanti i danni</w:t>
      </w:r>
    </w:p>
    <w:p>
      <w:r>
        <w:rPr>
          <w:b w:val="0"/>
          <w:sz w:val="20"/>
        </w:rPr>
        <w:t>- Altra documentazione rilevante: _______________________________</w:t>
      </w:r>
    </w:p>
    <w:p/>
    <w:p>
      <w:r>
        <w:rPr>
          <w:b/>
          <w:sz w:val="20"/>
        </w:rPr>
        <w:t>INFORMATIVA SULLA PRIVACY:</w:t>
      </w:r>
    </w:p>
    <w:p>
      <w:r>
        <w:rPr>
          <w:b w:val="0"/>
          <w:sz w:val="20"/>
        </w:rPr>
        <w:t>Ai sensi del Regolamento UE 2016/679 (GDPR), i dati personali contenuti nella presente denuncia saranno trattati esclusivamente per le finalità connesse al procedimento di cui trattasi,</w:t>
      </w:r>
    </w:p>
    <w:p>
      <w:r>
        <w:rPr>
          <w:b w:val="0"/>
          <w:sz w:val="20"/>
        </w:rPr>
        <w:t>nel rispetto della normativa vigente in materia di protezione dei dati personali.</w:t>
      </w:r>
    </w:p>
    <w:p/>
    <w:p/>
    <w:p>
      <w:r>
        <w:rPr>
          <w:b w:val="0"/>
          <w:sz w:val="20"/>
        </w:rPr>
        <w:t>Luogo: __________________________________________________________</w:t>
      </w:r>
    </w:p>
    <w:p>
      <w:r>
        <w:rPr>
          <w:b w:val="0"/>
          <w:sz w:val="20"/>
        </w:rPr>
        <w:t>Firma: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 (se presente)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https://documenti-esperti.com/fac-simile-denuncia-malasanita/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fac-simile-denuncia-malasanita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