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RINUNCIA AL SUPERMINIMO</w:t>
      </w:r>
    </w:p>
    <w:p/>
    <w:p/>
    <w:p>
      <w:r>
        <w:rPr>
          <w:b/>
          <w:sz w:val="20"/>
        </w:rPr>
        <w:t>Il sottoscritto/a:</w:t>
      </w:r>
    </w:p>
    <w:p>
      <w:r>
        <w:rPr>
          <w:b w:val="0"/>
          <w:sz w:val="20"/>
        </w:rPr>
        <w:t>Nome e Cognome: ________________________________________________</w:t>
      </w:r>
    </w:p>
    <w:p>
      <w:r>
        <w:rPr>
          <w:b w:val="0"/>
          <w:sz w:val="20"/>
        </w:rPr>
        <w:t>Codice Fiscale: _________________________________________________</w:t>
      </w:r>
    </w:p>
    <w:p>
      <w:r>
        <w:rPr>
          <w:b w:val="0"/>
          <w:sz w:val="20"/>
        </w:rPr>
        <w:t>Posizione Contrattuale: _________________________________________</w:t>
      </w:r>
    </w:p>
    <w:p>
      <w:r>
        <w:rPr>
          <w:b w:val="0"/>
          <w:sz w:val="20"/>
        </w:rPr>
        <w:t>Ente/Datore di lavoro: __________________________________________</w:t>
      </w:r>
    </w:p>
    <w:p>
      <w:r>
        <w:rPr>
          <w:b w:val="0"/>
          <w:sz w:val="20"/>
        </w:rPr>
        <w:t>Sede: ___________________________________________________________</w:t>
      </w:r>
    </w:p>
    <w:p/>
    <w:p>
      <w:pPr>
        <w:jc w:val="center"/>
      </w:pPr>
      <w:r>
        <w:rPr>
          <w:b/>
          <w:sz w:val="20"/>
        </w:rPr>
        <w:t>PREMESSE</w:t>
      </w:r>
    </w:p>
    <w:p>
      <w:r>
        <w:rPr>
          <w:b w:val="0"/>
          <w:sz w:val="20"/>
        </w:rPr>
        <w:t>– che il lavoratore percepisce un superminimo individuale aggiuntivo rispetto alla retribuzione contrattualmente prevista;</w:t>
      </w:r>
    </w:p>
    <w:p>
      <w:r>
        <w:rPr>
          <w:b w:val="0"/>
          <w:sz w:val="20"/>
        </w:rPr>
        <w:t>– che il superminimo è stato concordato tra le parti in via individuale e non è elemento retributivo computabile per gli istituti contrattuali e di legge, salvo diversa specifica previsione;</w:t>
      </w:r>
    </w:p>
    <w:p>
      <w:r>
        <w:rPr>
          <w:b w:val="0"/>
          <w:sz w:val="20"/>
        </w:rPr>
        <w:t>– che il sottoscritto intende rinunciare volontariamente e irrevocabilmente al suddetto superminimo individuale;</w:t>
      </w:r>
    </w:p>
    <w:p/>
    <w:p>
      <w:pPr>
        <w:jc w:val="center"/>
      </w:pPr>
      <w:r>
        <w:rPr>
          <w:b/>
          <w:sz w:val="20"/>
        </w:rPr>
        <w:t>RENUNCIA AL SUPERMINIMO INDIVIDUALE</w:t>
      </w:r>
    </w:p>
    <w:p>
      <w:r>
        <w:rPr>
          <w:b w:val="0"/>
          <w:sz w:val="20"/>
        </w:rPr>
        <w:t>Il/la sottoscritto/a dichiara di rinunciare espressamente, in modo libero, consapevole e irrevocabile, a qualsiasi somma o beneficio economico riconducibile al superminimo individuale precedentemente concordato con l'Ente/Datore di lavoro sopra indicato.</w:t>
      </w:r>
    </w:p>
    <w:p>
      <w:r>
        <w:rPr>
          <w:b w:val="0"/>
          <w:sz w:val="20"/>
        </w:rPr>
        <w:t>La presente rinuncia è effettuata senza alcuna forma di pressione o condizionamento, con piena conoscenza delle conseguenze economiche e giuridiche.</w:t>
      </w:r>
    </w:p>
    <w:p>
      <w:r>
        <w:rPr>
          <w:b w:val="0"/>
          <w:sz w:val="20"/>
        </w:rPr>
        <w:t>Il sottoscritto conferma che tale rinuncia non comporta riduzione della retribuzione prevista dal vigente contratto collettivo nazionale di lavoro applicato, né pregiudica in alcun modo i diritti maturati o futuri relativi alla posizione contrattuale.</w:t>
      </w:r>
    </w:p>
    <w:p/>
    <w:p>
      <w:pPr>
        <w:jc w:val="center"/>
      </w:pPr>
      <w:r>
        <w:rPr>
          <w:b/>
          <w:sz w:val="20"/>
        </w:rPr>
        <w:t>CONFERMA</w:t>
      </w:r>
    </w:p>
    <w:p>
      <w:r>
        <w:rPr>
          <w:b w:val="0"/>
          <w:sz w:val="20"/>
        </w:rPr>
        <w:t>Il/la sottoscritto/a dichiara di aver compreso integralmente il contenuto e gli effetti della presente rinuncia, nonché di aver avuto la possibilità di consultare, se ritenuto necessario, consulenti di fiducia o rappresentanti sindacali.</w:t>
      </w:r>
    </w:p>
    <w:p>
      <w:r>
        <w:rPr>
          <w:b w:val="0"/>
          <w:sz w:val="20"/>
        </w:rPr>
        <w:t>La presente dichiarazione è resa in conformità alle disposizioni di legge vigenti in materia di rapporto di lavoro subordinato e contratti collettivi nazionali.</w:t>
      </w:r>
    </w:p>
    <w:p/>
    <w:p/>
    <w:p>
      <w:r>
        <w:rPr>
          <w:b w:val="0"/>
          <w:sz w:val="20"/>
        </w:rPr>
        <w:t>Luogo : ________________________________    Data : 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LAVORATORE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DATORE DI LAVORO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https://documenti-esperti.com/fac-simile-rinuncia-superminimo/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rinuncia-superminim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