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LIBERATORIA CONDOMINIALE</w:t>
      </w:r>
    </w:p>
    <w:p/>
    <w:p>
      <w:r>
        <w:rPr>
          <w:b w:val="0"/>
          <w:sz w:val="20"/>
        </w:rPr>
        <w:t>Il/La sottoscritto/a, Condòmino/a dell'edificio sito in ____________________________________________________,</w:t>
      </w:r>
    </w:p>
    <w:p>
      <w:r>
        <w:rPr>
          <w:b w:val="0"/>
          <w:sz w:val="20"/>
        </w:rPr>
        <w:t>consapevole delle proprie responsabilità civili e penali,</w:t>
      </w:r>
    </w:p>
    <w:p/>
    <w:p>
      <w:r>
        <w:rPr>
          <w:b/>
          <w:sz w:val="20"/>
        </w:rPr>
        <w:t>DICHIARA</w:t>
      </w:r>
    </w:p>
    <w:p>
      <w:r>
        <w:rPr>
          <w:b w:val="0"/>
          <w:sz w:val="20"/>
        </w:rPr>
        <w:t>di concedere la presente liberatoria al Condominio e all'Amministratore, sollevandoli da ogni responsabilità e danno derivante dall'utilizzo delle parti comuni e dal rispetto delle norme condominiali,</w:t>
      </w:r>
    </w:p>
    <w:p>
      <w:r>
        <w:rPr>
          <w:b w:val="0"/>
          <w:sz w:val="20"/>
        </w:rPr>
        <w:t>nonché di assumersi ogni responsabilità derivante da eventuali danni causati a terzi o a beni comuni in relazione alle attività svolte nell'ambito del condominio.</w:t>
      </w:r>
    </w:p>
    <w:p/>
    <w:p>
      <w:r>
        <w:rPr>
          <w:b/>
          <w:sz w:val="20"/>
        </w:rPr>
        <w:t>RICONOSCE</w:t>
      </w:r>
    </w:p>
    <w:p>
      <w:r>
        <w:rPr>
          <w:b w:val="0"/>
          <w:sz w:val="20"/>
        </w:rPr>
        <w:t>che il condominio e l'Amministratore non possono essere ritenuti responsabili per danni, infortuni o perdite subite dal sottoscritto/a o da terzi,</w:t>
      </w:r>
    </w:p>
    <w:p>
      <w:r>
        <w:rPr>
          <w:b w:val="0"/>
          <w:sz w:val="20"/>
        </w:rPr>
        <w:t>derivanti da comportamenti negligenti o non conformi al regolamento condominiale da parte del sottoscritto/a o di terzi autorizzati dallo stesso/a.</w:t>
      </w:r>
    </w:p>
    <w:p/>
    <w:p>
      <w:r>
        <w:rPr>
          <w:b/>
          <w:sz w:val="20"/>
        </w:rPr>
        <w:t>IMPEGNA</w:t>
      </w:r>
    </w:p>
    <w:p>
      <w:r>
        <w:rPr>
          <w:b w:val="0"/>
          <w:sz w:val="20"/>
        </w:rPr>
        <w:t>a rispettare il regolamento condominiale, le norme di sicurezza vigenti e le disposizioni impartite dall'Amministratore,</w:t>
      </w:r>
    </w:p>
    <w:p>
      <w:r>
        <w:rPr>
          <w:b w:val="0"/>
          <w:sz w:val="20"/>
        </w:rPr>
        <w:t>nonché a comunicare tempestivamente qualsiasi danno o anomalia riscontrata nelle parti comuni dell’edificio.</w:t>
      </w:r>
    </w:p>
    <w:p/>
    <w:p>
      <w:r>
        <w:rPr>
          <w:b/>
          <w:sz w:val="20"/>
        </w:rPr>
        <w:t>CONFERISCE</w:t>
      </w:r>
    </w:p>
    <w:p>
      <w:r>
        <w:rPr>
          <w:b w:val="0"/>
          <w:sz w:val="20"/>
        </w:rPr>
        <w:t>alla figura dell'Amministratore e al Condominio ogni più ampia facoltà per intervenire nelle situazioni di emergenza e per tutelare la sicurezza e il decoro dell'edificio.</w:t>
      </w:r>
    </w:p>
    <w:p/>
    <w:p/>
    <w:p>
      <w:r>
        <w:rPr>
          <w:b/>
          <w:sz w:val="20"/>
        </w:rPr>
        <w:t>Clausole finali</w:t>
      </w:r>
    </w:p>
    <w:p>
      <w:r>
        <w:rPr>
          <w:b w:val="0"/>
          <w:sz w:val="20"/>
        </w:rPr>
        <w:t>La presente liberatoria ha validità a tempo indeterminato, salvo revoca scritta e motivata da parte del sottoscritto/a,</w:t>
      </w:r>
    </w:p>
    <w:p>
      <w:r>
        <w:rPr>
          <w:b w:val="0"/>
          <w:sz w:val="20"/>
        </w:rPr>
        <w:t>che dovrà essere comunicata all'Amministratore mediante lettera raccomandata A/R o altra forma di comunicazione scritta riconosciuta.</w:t>
      </w:r>
    </w:p>
    <w:p/>
    <w:p>
      <w:r>
        <w:rPr>
          <w:b w:val="0"/>
          <w:sz w:val="20"/>
        </w:rPr>
        <w:t>Il sottoscritto/a dichiara di aver letto, compreso e accettato integralmente il contenuto della presente liberatoria,</w:t>
      </w:r>
    </w:p>
    <w:p>
      <w:r>
        <w:rPr>
          <w:b w:val="0"/>
          <w:sz w:val="20"/>
        </w:rPr>
        <w:t>che viene sottoscritta in piena libertà e consapevolezza, ai sensi e per gli effetti degli articoli 1341 e 1342 del Codice Civile.</w:t>
      </w:r>
    </w:p>
    <w:p/>
    <w:p/>
    <w:p>
      <w:r>
        <w:rPr>
          <w:b w:val="0"/>
          <w:sz w:val="20"/>
        </w:rPr>
        <w:t>Luogo : _____________________________________________________________</w:t>
      </w:r>
    </w:p>
    <w:p>
      <w:r>
        <w:rPr>
          <w:b w:val="0"/>
          <w:sz w:val="20"/>
        </w:rPr>
        <w:t>Data  : 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CONDÒMINO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AMMINISTRATORE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 : 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 : 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https://documenti-esperti.com/liberatoria-condominiale-fac-simile/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liberatoria-condominiale-fac-simile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