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LOCANDINA DI PRESENTAZIONE DEL LIBRO</w:t>
      </w:r>
    </w:p>
    <w:p/>
    <w:p/>
    <w:p>
      <w:r>
        <w:rPr>
          <w:b/>
          <w:sz w:val="22"/>
        </w:rPr>
        <w:t>Titolo del Libro:</w:t>
      </w:r>
    </w:p>
    <w:p>
      <w:r>
        <w:rPr>
          <w:b w:val="0"/>
          <w:sz w:val="22"/>
        </w:rPr>
        <w:t>_____________________________________________________________</w:t>
      </w:r>
    </w:p>
    <w:p/>
    <w:p>
      <w:r>
        <w:rPr>
          <w:b/>
          <w:sz w:val="22"/>
        </w:rPr>
        <w:t>Autore:</w:t>
      </w:r>
    </w:p>
    <w:p>
      <w:r>
        <w:rPr>
          <w:b w:val="0"/>
          <w:sz w:val="22"/>
        </w:rPr>
        <w:t>_____________________________________________________________</w:t>
      </w:r>
    </w:p>
    <w:p/>
    <w:p>
      <w:r>
        <w:rPr>
          <w:b/>
          <w:sz w:val="22"/>
        </w:rPr>
        <w:t>Editore:</w:t>
      </w:r>
    </w:p>
    <w:p>
      <w:r>
        <w:rPr>
          <w:b w:val="0"/>
          <w:sz w:val="22"/>
        </w:rPr>
        <w:t>_____________________________________________________________</w:t>
      </w:r>
    </w:p>
    <w:p/>
    <w:p>
      <w:r>
        <w:rPr>
          <w:b/>
          <w:sz w:val="22"/>
        </w:rPr>
        <w:t>Collana (se presente):</w:t>
      </w:r>
    </w:p>
    <w:p>
      <w:r>
        <w:rPr>
          <w:b w:val="0"/>
          <w:sz w:val="22"/>
        </w:rPr>
        <w:t>_____________________________________________________________</w:t>
      </w:r>
    </w:p>
    <w:p/>
    <w:p>
      <w:r>
        <w:rPr>
          <w:b/>
          <w:sz w:val="22"/>
        </w:rPr>
        <w:t>Luogo di Presentazione:</w:t>
      </w:r>
    </w:p>
    <w:p>
      <w:r>
        <w:rPr>
          <w:b w:val="0"/>
          <w:sz w:val="22"/>
        </w:rPr>
        <w:t>_____________________________________________________________</w:t>
      </w:r>
    </w:p>
    <w:p/>
    <w:p>
      <w:r>
        <w:rPr>
          <w:b/>
          <w:sz w:val="22"/>
        </w:rPr>
        <w:t>Orario e Modalità di Presentazione:</w:t>
      </w:r>
    </w:p>
    <w:p>
      <w:r>
        <w:rPr>
          <w:b w:val="0"/>
          <w:sz w:val="22"/>
        </w:rPr>
        <w:t>_____________________________________________________________</w:t>
      </w:r>
    </w:p>
    <w:p/>
    <w:p>
      <w:r>
        <w:rPr>
          <w:b/>
          <w:sz w:val="22"/>
        </w:rPr>
        <w:t>Descrizione del Libro: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rPr>
          <w:b/>
          <w:sz w:val="22"/>
        </w:rPr>
        <w:t>Programma della Presentazione:</w:t>
      </w:r>
    </w:p>
    <w:p>
      <w:r>
        <w:rPr>
          <w:b w:val="0"/>
          <w:sz w:val="22"/>
        </w:rPr>
        <w:t xml:space="preserve"> - Introduzione e saluti</w:t>
      </w:r>
    </w:p>
    <w:p>
      <w:r>
        <w:rPr>
          <w:b w:val="0"/>
          <w:sz w:val="22"/>
        </w:rPr>
        <w:t xml:space="preserve"> - Intervento dell'autore</w:t>
      </w:r>
    </w:p>
    <w:p>
      <w:r>
        <w:rPr>
          <w:b w:val="0"/>
          <w:sz w:val="22"/>
        </w:rPr>
        <w:t xml:space="preserve"> - Discussione e domande dal pubblico</w:t>
      </w:r>
    </w:p>
    <w:p>
      <w:r>
        <w:rPr>
          <w:b w:val="0"/>
          <w:sz w:val="22"/>
        </w:rPr>
        <w:t xml:space="preserve"> - Firma copie</w:t>
      </w:r>
    </w:p>
    <w:p/>
    <w:p>
      <w:r>
        <w:rPr>
          <w:b/>
          <w:sz w:val="22"/>
        </w:rPr>
        <w:t>Organizzazione e Contatti:</w:t>
      </w:r>
    </w:p>
    <w:p>
      <w:r>
        <w:rPr>
          <w:b w:val="0"/>
          <w:sz w:val="22"/>
        </w:rPr>
        <w:t>Nome organizzatore: _______________________________________________</w:t>
      </w:r>
    </w:p>
    <w:p>
      <w:r>
        <w:rPr>
          <w:b w:val="0"/>
          <w:sz w:val="22"/>
        </w:rPr>
        <w:t>Telefono: ________________________________________________________</w:t>
      </w:r>
    </w:p>
    <w:p>
      <w:r>
        <w:rPr>
          <w:b w:val="0"/>
          <w:sz w:val="22"/>
        </w:rPr>
        <w:t>Email: __________________________________________________________</w:t>
      </w:r>
    </w:p>
    <w:p/>
    <w:p>
      <w:pPr>
        <w:jc w:val="center"/>
      </w:pPr>
      <w:r>
        <w:rPr>
          <w:b/>
          <w:sz w:val="22"/>
        </w:rPr>
        <w:t>NOTE LEGALI E CLAUSOLE</w:t>
      </w:r>
    </w:p>
    <w:p/>
    <w:p>
      <w:r>
        <w:rPr>
          <w:b w:val="0"/>
          <w:sz w:val="22"/>
        </w:rPr>
        <w:t>Il presente volantino è realizzato nel rispetto della normativa vigente in materia di proprietà intellettuale e tutela del diritto d'autore.</w:t>
      </w:r>
    </w:p>
    <w:p>
      <w:r>
        <w:rPr>
          <w:b w:val="0"/>
          <w:sz w:val="22"/>
        </w:rPr>
        <w:t>La diffusione e riproduzione del materiale sono consentite esclusivamente previo consenso scritto dell'autore e/o dell'editore.</w:t>
      </w:r>
    </w:p>
    <w:p>
      <w:r>
        <w:rPr>
          <w:b w:val="0"/>
          <w:sz w:val="22"/>
        </w:rPr>
        <w:t>L'organizzazione declina ogni responsabilità per eventuali variazioni di luogo, data o orario dell'evento non comunicate tempestivamente.</w:t>
      </w:r>
    </w:p>
    <w:p>
      <w:r>
        <w:rPr>
          <w:b w:val="0"/>
          <w:sz w:val="22"/>
        </w:rPr>
        <w:t>L'accesso alla presentazione è soggetto al rispetto delle norme di sicurezza e alle eventuali disposizioni organizzative indicate dall'ente promotore.</w:t>
      </w:r>
    </w:p>
    <w:p>
      <w:r>
        <w:rPr>
          <w:b w:val="0"/>
          <w:sz w:val="22"/>
        </w:rPr>
        <w:t>Per qualsiasi controversia relativa al presente evento sarà competente il Foro di competenza secondo la normativa italiana.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ORGANIZZATORE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https://documenti-esperti.com/locandina-presentazione-libro-modello/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locandina-presentazione-libro-modell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