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MAIL DI PRESENTAZIONE NUOVO COLLEGA</w:t>
      </w:r>
    </w:p>
    <w:p/>
    <w:p>
      <w:r>
        <w:rPr>
          <w:b w:val="0"/>
          <w:sz w:val="20"/>
        </w:rPr>
        <w:t>Gentili colleghi,</w:t>
      </w:r>
    </w:p>
    <w:p/>
    <w:p>
      <w:r>
        <w:rPr>
          <w:b w:val="0"/>
          <w:sz w:val="20"/>
        </w:rPr>
        <w:t>Con la presente desideriamo informarvi che è entrato a far parte del nostro team un nuovo collega che contribuirà al raggiungimento degli obiettivi aziendali con la propria esperienza e professionalità.</w:t>
      </w:r>
    </w:p>
    <w:p/>
    <w:p>
      <w:r>
        <w:rPr>
          <w:b/>
          <w:sz w:val="20"/>
        </w:rPr>
        <w:t>Dati del Nuovo Collega:</w:t>
      </w:r>
    </w:p>
    <w:p>
      <w:r>
        <w:rPr>
          <w:b w:val="0"/>
          <w:sz w:val="20"/>
        </w:rPr>
        <w:t>Nome e Cognome : ______________________________________________</w:t>
      </w:r>
    </w:p>
    <w:p>
      <w:r>
        <w:rPr>
          <w:b w:val="0"/>
          <w:sz w:val="20"/>
        </w:rPr>
        <w:t>Ruolo : ________________________________________________________</w:t>
      </w:r>
    </w:p>
    <w:p>
      <w:r>
        <w:rPr>
          <w:b w:val="0"/>
          <w:sz w:val="20"/>
        </w:rPr>
        <w:t>Reparto/Divisione : ______________________________________________</w:t>
      </w:r>
    </w:p>
    <w:p>
      <w:r>
        <w:rPr>
          <w:b w:val="0"/>
          <w:sz w:val="20"/>
        </w:rPr>
        <w:t>Contatto Email : ________________________________________________</w:t>
      </w:r>
    </w:p>
    <w:p>
      <w:r>
        <w:rPr>
          <w:b w:val="0"/>
          <w:sz w:val="20"/>
        </w:rPr>
        <w:t>Contatto Telefonico : ____________________________________________</w:t>
      </w:r>
    </w:p>
    <w:p/>
    <w:p>
      <w:r>
        <w:rPr>
          <w:b w:val="0"/>
          <w:sz w:val="20"/>
        </w:rPr>
        <w:t>Il nuovo collega vanta una significativa esperienza nel settore, maturata presso realtà di rilievo, e si è distinto per competenze tecniche e capacità relazionali che si dimostreranno preziose per la nostra organizzazione.</w:t>
      </w:r>
    </w:p>
    <w:p/>
    <w:p>
      <w:r>
        <w:rPr>
          <w:b w:val="0"/>
          <w:sz w:val="20"/>
        </w:rPr>
        <w:t>Siamo certi che la sua integrazione nel team sarà positiva e che potrà contribuire attivamente al miglioramento dei processi interni e all’ampliamento delle opportunità di business.</w:t>
      </w:r>
    </w:p>
    <w:p/>
    <w:p>
      <w:r>
        <w:rPr>
          <w:b w:val="0"/>
          <w:sz w:val="20"/>
        </w:rPr>
        <w:t>Vi invitiamo a dare il vostro caloroso benvenuto e a offrire tutto il supporto necessario affinché il nuovo collega possa ambientarsi rapidamente e collaborare efficacemente con tutti.</w:t>
      </w:r>
    </w:p>
    <w:p/>
    <w:p>
      <w:r>
        <w:rPr>
          <w:b w:val="0"/>
          <w:sz w:val="20"/>
        </w:rPr>
        <w:t>Rimaniamo a disposizione per qualsiasi ulteriore informazione e vi ringraziamo per l’attenzione.</w:t>
      </w:r>
    </w:p>
    <w:p/>
    <w:p/>
    <w:p>
      <w:r>
        <w:rPr>
          <w:b w:val="0"/>
          <w:sz w:val="20"/>
        </w:rPr>
        <w:t>Cordiali saluti,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Responsabile Risorse Umane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Direzione Aziendale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t>Firma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https://documenti-esperti.com/mail-di-presentazione-nuovo-collega/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https://documenti-esperti.com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documenti-esperti.com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i-esperti.com/mail-di-presentazione-nuovo-collega/" TargetMode="External"/><Relationship Id="rId10" Type="http://schemas.openxmlformats.org/officeDocument/2006/relationships/hyperlink" Target="https://documenti-espert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