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MANDATO DI RAPPRESENTANZA COMMERCIALE</w:t>
      </w:r>
    </w:p>
    <w:p/>
    <w:p>
      <w:r>
        <w:rPr>
          <w:b w:val="0"/>
          <w:sz w:val="20"/>
        </w:rPr>
        <w:t>Luogo : ____________________________    Data : ____________________________</w:t>
      </w:r>
    </w:p>
    <w:p/>
    <w:p>
      <w:r>
        <w:rPr>
          <w:b/>
          <w:sz w:val="20"/>
        </w:rPr>
        <w:t>Dati del Mandante :</w:t>
      </w:r>
    </w:p>
    <w:p>
      <w:r>
        <w:rPr>
          <w:b w:val="0"/>
          <w:sz w:val="20"/>
        </w:rPr>
        <w:t>Ragione Sociale : ___________________________________________________</w:t>
      </w:r>
    </w:p>
    <w:p>
      <w:r>
        <w:rPr>
          <w:b w:val="0"/>
          <w:sz w:val="20"/>
        </w:rPr>
        <w:t>Codice Fiscale/P.IVA : ______________________________________________</w:t>
      </w:r>
    </w:p>
    <w:p>
      <w:r>
        <w:rPr>
          <w:b w:val="0"/>
          <w:sz w:val="20"/>
        </w:rPr>
        <w:t>Sede Legale : ______________________________________________________</w:t>
      </w:r>
    </w:p>
    <w:p/>
    <w:p>
      <w:r>
        <w:rPr>
          <w:b/>
          <w:sz w:val="20"/>
        </w:rPr>
        <w:t>Dati del Rappresentante :</w:t>
      </w:r>
    </w:p>
    <w:p>
      <w:r>
        <w:rPr>
          <w:b w:val="0"/>
          <w:sz w:val="20"/>
        </w:rPr>
        <w:t>Nome e Cognome : ___________________________________________________</w:t>
      </w:r>
    </w:p>
    <w:p>
      <w:r>
        <w:rPr>
          <w:b w:val="0"/>
          <w:sz w:val="20"/>
        </w:rPr>
        <w:t>Codice Fiscale : _________________________________________________</w:t>
      </w:r>
    </w:p>
    <w:p>
      <w:r>
        <w:rPr>
          <w:b w:val="0"/>
          <w:sz w:val="20"/>
        </w:rPr>
        <w:t>Residenza : ________________________________________________________</w:t>
      </w:r>
    </w:p>
    <w:p/>
    <w:p>
      <w:r>
        <w:rPr>
          <w:b/>
          <w:sz w:val="20"/>
        </w:rPr>
        <w:t>Oggetto del Mandato :</w:t>
      </w:r>
    </w:p>
    <w:p>
      <w:r>
        <w:rPr>
          <w:b w:val="0"/>
          <w:sz w:val="20"/>
        </w:rPr>
        <w:t>Il Mandante conferisce al Rappresentante, che accetta, il mandato di promuovere la conclusione di contratti di vendita relativi ai seguenti prodotti/servizi:</w:t>
      </w:r>
    </w:p>
    <w:p>
      <w:r>
        <w:rPr>
          <w:b w:val="0"/>
          <w:sz w:val="20"/>
        </w:rPr>
        <w:t>_____________________________________________________________________</w:t>
      </w:r>
    </w:p>
    <w:p>
      <w:r>
        <w:rPr>
          <w:b w:val="0"/>
          <w:sz w:val="20"/>
        </w:rPr>
        <w:t>_____________________________________________________________________</w:t>
      </w:r>
    </w:p>
    <w:p/>
    <w:p>
      <w:r>
        <w:rPr>
          <w:b/>
          <w:sz w:val="20"/>
        </w:rPr>
        <w:t>Articolo 1 – Natura del mandato</w:t>
      </w:r>
    </w:p>
    <w:p>
      <w:r>
        <w:rPr>
          <w:b w:val="0"/>
          <w:sz w:val="20"/>
        </w:rPr>
        <w:t>Il presente mandato è conferito a titolo non esclusivo ed a tempo indeterminato, salvo diversa pattuizione scritta tra le parti. Il Rappresentante svolgerà la propria attività con autonomia organizzativa e senza vincolo di subordinazione.</w:t>
      </w:r>
    </w:p>
    <w:p/>
    <w:p>
      <w:r>
        <w:rPr>
          <w:b/>
          <w:sz w:val="20"/>
        </w:rPr>
        <w:t>Articolo 2 – Zona di competenza</w:t>
      </w:r>
    </w:p>
    <w:p>
      <w:r>
        <w:rPr>
          <w:b w:val="0"/>
          <w:sz w:val="20"/>
        </w:rPr>
        <w:t>Il mandato si estende alla zona territoriale seguente: ________________________________, ove il Rappresentante potrà promuovere i contratti nella piena autonomia e rispetto delle direttive del Mandante.</w:t>
      </w:r>
    </w:p>
    <w:p/>
    <w:p>
      <w:r>
        <w:rPr>
          <w:b/>
          <w:sz w:val="20"/>
        </w:rPr>
        <w:t>Articolo 3 – Obblighi del Rappresentante</w:t>
      </w:r>
    </w:p>
    <w:p>
      <w:r>
        <w:rPr>
          <w:b w:val="0"/>
          <w:sz w:val="20"/>
        </w:rPr>
        <w:t>Il Rappresentante si impegna a svolgere la propria attività con diligenza, correttezza e nel rispetto degli interessi del Mandante, fornendo tempestivamente ogni informazione riguardante le trattative e le conclusioni dei contratti.</w:t>
      </w:r>
    </w:p>
    <w:p/>
    <w:p>
      <w:r>
        <w:rPr>
          <w:b/>
          <w:sz w:val="20"/>
        </w:rPr>
        <w:t>Articolo 4 – Provvigioni e compensi</w:t>
      </w:r>
    </w:p>
    <w:p>
      <w:r>
        <w:rPr>
          <w:b w:val="0"/>
          <w:sz w:val="20"/>
        </w:rPr>
        <w:t>Il Mandante corrisponderà al Rappresentante una provvigione pari al ____% sul valore netto delle vendite concluse grazie all'attività del Rappresentante. Le provvigioni saranno liquidate entro 30 giorni dalla ricezione del pagamento da parte del cliente.</w:t>
      </w:r>
    </w:p>
    <w:p/>
    <w:p>
      <w:r>
        <w:rPr>
          <w:b/>
          <w:sz w:val="20"/>
        </w:rPr>
        <w:t>Articolo 5 – Spese</w:t>
      </w:r>
    </w:p>
    <w:p>
      <w:r>
        <w:rPr>
          <w:b w:val="0"/>
          <w:sz w:val="20"/>
        </w:rPr>
        <w:t>Le spese inerenti all'esecuzione del presente mandato saranno a carico del Rappresentante, salvo diverso accordo scritto tra le parti.</w:t>
      </w:r>
    </w:p>
    <w:p/>
    <w:p>
      <w:r>
        <w:rPr>
          <w:b/>
          <w:sz w:val="20"/>
        </w:rPr>
        <w:t>Articolo 6 – Durata e recesso</w:t>
      </w:r>
    </w:p>
    <w:p>
      <w:r>
        <w:rPr>
          <w:b w:val="0"/>
          <w:sz w:val="20"/>
        </w:rPr>
        <w:t>Il presente mandato ha durata indeterminata. Ciascuna delle parti può recedere in qualsiasi momento mediante comunicazione scritta con preavviso di almeno 30 giorni. Il recesso non pregiudica il diritto del Rappresentante alle provvigioni maturate fino alla data di cessazione.</w:t>
      </w:r>
    </w:p>
    <w:p/>
    <w:p>
      <w:r>
        <w:rPr>
          <w:b/>
          <w:sz w:val="20"/>
        </w:rPr>
        <w:t>Articolo 7 – Riservatezza</w:t>
      </w:r>
    </w:p>
    <w:p>
      <w:r>
        <w:rPr>
          <w:b w:val="0"/>
          <w:sz w:val="20"/>
        </w:rPr>
        <w:t>Il Rappresentante si impegna a mantenere riservate tutte le informazioni di natura commerciale, tecnica o finanziaria acquisite durante l'esecuzione del mandato, anche dopo la cessazione dello stesso.</w:t>
      </w:r>
    </w:p>
    <w:p/>
    <w:p>
      <w:r>
        <w:rPr>
          <w:b/>
          <w:sz w:val="20"/>
        </w:rPr>
        <w:t>Articolo 8 – Divieto di concorrenza</w:t>
      </w:r>
    </w:p>
    <w:p>
      <w:r>
        <w:rPr>
          <w:b w:val="0"/>
          <w:sz w:val="20"/>
        </w:rPr>
        <w:t>Durante la vigenza del presente mandato e per un periodo di 12 mesi successivo alla sua cessazione, il Rappresentante si impegna a non svolgere attività di rappresentanza o promozione per soggetti concorrenti del Mandante nella medesima zona territoriale.</w:t>
      </w:r>
    </w:p>
    <w:p/>
    <w:p>
      <w:r>
        <w:rPr>
          <w:b/>
          <w:sz w:val="20"/>
        </w:rPr>
        <w:t>Articolo 9 – Foro competente</w:t>
      </w:r>
    </w:p>
    <w:p>
      <w:r>
        <w:rPr>
          <w:b w:val="0"/>
          <w:sz w:val="20"/>
        </w:rPr>
        <w:t>Per ogni controversia relativa alla interpretazione, esecuzione o risoluzione del presente mandato sarà competente in via esclusiva il Foro di ______________________.</w:t>
      </w:r>
    </w:p>
    <w:p/>
    <w:p/>
    <w:p>
      <w:r>
        <w:rPr>
          <w:b w:val="0"/>
          <w:sz w:val="20"/>
        </w:rPr>
        <w:t>Luogo, Data :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MANDANTE</w:t>
            </w:r>
          </w:p>
        </w:tc>
        <w:tc>
          <w:tcPr>
            <w:tcW w:type="dxa" w:w="4986"/>
            <w:tcBorders>
              <w:top w:val="nil"/>
              <w:left w:val="nil"/>
              <w:bottom w:val="nil"/>
              <w:right w:val="nil"/>
              <w:insideH w:val="nil"/>
              <w:insideV w:val="nil"/>
            </w:tcBorders>
          </w:tcPr>
          <w:p>
            <w:pPr>
              <w:jc w:val="center"/>
            </w:pPr>
            <w:r>
              <w:t>RAPPRESENTANTE</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Nome : ________________________________</w:t>
            </w:r>
          </w:p>
        </w:tc>
        <w:tc>
          <w:tcPr>
            <w:tcW w:type="dxa" w:w="4986"/>
            <w:tcBorders>
              <w:top w:val="nil"/>
              <w:left w:val="nil"/>
              <w:bottom w:val="nil"/>
              <w:right w:val="nil"/>
              <w:insideH w:val="nil"/>
              <w:insideV w:val="nil"/>
            </w:tcBorders>
          </w:tcPr>
          <w:p>
            <w:pPr>
              <w:jc w:val="center"/>
            </w:pPr>
            <w:r>
              <w:t>Nome : ________________________________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https://documenti-esperti.com/mandato-di-rappresentanza-commerciale-fac-simile/</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https://documenti-esperti.com</w:t>
        </w:r>
      </w:hyperlink>
    </w:p>
    <w:p>
      <w:pPr>
        <w:jc w:val="center"/>
      </w:pPr>
      <w:r>
        <w:rPr>
          <w:color w:val="808080"/>
          <w:sz w:val="20"/>
        </w:rPr>
        <w:t>Questo modello è destinato esclusivamente a un uso personale e non commerciale.</w:t>
        <w:br/>
        <w:t>Qualsiasi diffusione o pubblicazione deve citare obbligatoriamente la fonte. © documenti-esperti.com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umenti-esperti.com/mandato-di-rappresentanza-commerciale-fac-simile/" TargetMode="External"/><Relationship Id="rId10" Type="http://schemas.openxmlformats.org/officeDocument/2006/relationships/hyperlink" Target="https://documenti-esper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