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MODELLO DI ACCORDO DI RINUNCIA AL PREAVVISO</w:t>
      </w:r>
    </w:p>
    <w:p/>
    <w:p/>
    <w:p>
      <w:r>
        <w:rPr>
          <w:b w:val="0"/>
          <w:sz w:val="20"/>
        </w:rPr>
        <w:t>Tra le sottoscritte parti:</w:t>
      </w:r>
    </w:p>
    <w:p/>
    <w:p>
      <w:r>
        <w:rPr>
          <w:b/>
          <w:sz w:val="20"/>
        </w:rPr>
        <w:t>PREPONENTE:</w:t>
      </w:r>
    </w:p>
    <w:p>
      <w:r>
        <w:rPr>
          <w:b w:val="0"/>
          <w:sz w:val="20"/>
        </w:rPr>
        <w:t>Ragione Sociale: ___________________________________________________________</w:t>
      </w:r>
    </w:p>
    <w:p>
      <w:r>
        <w:rPr>
          <w:b w:val="0"/>
          <w:sz w:val="20"/>
        </w:rPr>
        <w:t>Codice Fiscale/P.IVA: _____________________________________________________</w:t>
      </w:r>
    </w:p>
    <w:p>
      <w:r>
        <w:rPr>
          <w:b w:val="0"/>
          <w:sz w:val="20"/>
        </w:rPr>
        <w:t>Sede Legale: _______________________________________________________________</w:t>
      </w:r>
    </w:p>
    <w:p/>
    <w:p>
      <w:r>
        <w:rPr>
          <w:b/>
          <w:sz w:val="20"/>
        </w:rPr>
        <w:t>AGENTE/LAVORATORE:</w:t>
      </w:r>
    </w:p>
    <w:p>
      <w:r>
        <w:rPr>
          <w:b w:val="0"/>
          <w:sz w:val="20"/>
        </w:rPr>
        <w:t>Nome e Cognome: ___________________________________________________________</w:t>
      </w:r>
    </w:p>
    <w:p>
      <w:r>
        <w:rPr>
          <w:b w:val="0"/>
          <w:sz w:val="20"/>
        </w:rPr>
        <w:t>Codice Fiscale: ____________________________________________________________</w:t>
      </w:r>
    </w:p>
    <w:p>
      <w:r>
        <w:rPr>
          <w:b w:val="0"/>
          <w:sz w:val="20"/>
        </w:rPr>
        <w:t>Residenza/Domicilio: _______________________________________________________</w:t>
      </w:r>
    </w:p>
    <w:p/>
    <w:p>
      <w:r>
        <w:rPr>
          <w:b/>
          <w:sz w:val="20"/>
        </w:rPr>
        <w:t>PREMESSE:</w:t>
      </w:r>
    </w:p>
    <w:p>
      <w:r>
        <w:rPr>
          <w:b w:val="0"/>
          <w:sz w:val="20"/>
        </w:rPr>
        <w:t>– Il rapporto di agenzia/lavoro tra le parti è regolato dal contratto di data ________________.</w:t>
      </w:r>
    </w:p>
    <w:p>
      <w:r>
        <w:rPr>
          <w:b w:val="0"/>
          <w:sz w:val="20"/>
        </w:rPr>
        <w:t>– In base a tale rapporto, è previsto un periodo di preavviso in caso di cessazione del rapporto stesso.</w:t>
      </w:r>
    </w:p>
    <w:p>
      <w:r>
        <w:rPr>
          <w:b w:val="0"/>
          <w:sz w:val="20"/>
        </w:rPr>
        <w:t>– Le parti intendono consensualmente rinunciare al periodo di preavviso previsto, definendo le condizioni della rinuncia.</w:t>
      </w:r>
    </w:p>
    <w:p/>
    <w:p>
      <w:r>
        <w:rPr>
          <w:b/>
          <w:sz w:val="20"/>
        </w:rPr>
        <w:t>SI CONVIENE E SI STIPULA QUANTO SEGUE:</w:t>
      </w:r>
    </w:p>
    <w:p/>
    <w:p>
      <w:r>
        <w:rPr>
          <w:b/>
          <w:sz w:val="20"/>
        </w:rPr>
        <w:t>Articolo 1 – Oggetto dell’Accordo</w:t>
      </w:r>
    </w:p>
    <w:p>
      <w:r>
        <w:rPr>
          <w:b w:val="0"/>
          <w:sz w:val="20"/>
        </w:rPr>
        <w:t>Le parti convengono che il periodo di preavviso previsto dal contratto di agenzia/lavoro sopra menzionato viene rinunciato in modo reciproco e consensuale, con effetto immediato.</w:t>
      </w:r>
    </w:p>
    <w:p/>
    <w:p>
      <w:r>
        <w:rPr>
          <w:b/>
          <w:sz w:val="20"/>
        </w:rPr>
        <w:t>Articolo 2 – Decorrenza</w:t>
      </w:r>
    </w:p>
    <w:p>
      <w:r>
        <w:rPr>
          <w:b w:val="0"/>
          <w:sz w:val="20"/>
        </w:rPr>
        <w:t>Il presente accordo ha effetto dalla data della sua sottoscrizione e pertanto il rapporto si considera cessato senza l’obbligo di rispettare il preavviso previsto.</w:t>
      </w:r>
    </w:p>
    <w:p/>
    <w:p>
      <w:r>
        <w:rPr>
          <w:b/>
          <w:sz w:val="20"/>
        </w:rPr>
        <w:t>Articolo 3 – Effetti economici</w:t>
      </w:r>
    </w:p>
    <w:p>
      <w:r>
        <w:rPr>
          <w:b w:val="0"/>
          <w:sz w:val="20"/>
        </w:rPr>
        <w:t>La rinuncia al preavviso non comporta alcun diritto a indennità sostitutiva, compenso aggiuntivo o altro pagamento da parte di alcuna delle parti, fatta eccezione per quanto eventualmente già maturato e dovuto alla data di cessazione.</w:t>
      </w:r>
    </w:p>
    <w:p/>
    <w:p>
      <w:r>
        <w:rPr>
          <w:b/>
          <w:sz w:val="20"/>
        </w:rPr>
        <w:t>Articolo 4 – Conferma delle altre condizioni contrattuali</w:t>
      </w:r>
    </w:p>
    <w:p>
      <w:r>
        <w:rPr>
          <w:b w:val="0"/>
          <w:sz w:val="20"/>
        </w:rPr>
        <w:t>Restano invariate tutte le altre condizioni del contratto di agenzia/lavoro, salvo quanto espressamente modificato dal presente accordo.</w:t>
      </w:r>
    </w:p>
    <w:p/>
    <w:p>
      <w:r>
        <w:rPr>
          <w:b/>
          <w:sz w:val="20"/>
        </w:rPr>
        <w:t>Articolo 5 – Legge applicabile e Foro competente</w:t>
      </w:r>
    </w:p>
    <w:p>
      <w:r>
        <w:rPr>
          <w:b w:val="0"/>
          <w:sz w:val="20"/>
        </w:rPr>
        <w:t>Il presente accordo è regolato dalla legge italiana. Per ogni controversia relativa all’interpretazione, esecuzione o validità del presente accordo sarà competente in via esclusiva il Foro di _______________.</w:t>
      </w:r>
    </w:p>
    <w:p/>
    <w:p/>
    <w:p>
      <w:pPr>
        <w:jc w:val="center"/>
      </w:pPr>
      <w:r>
        <w:rPr>
          <w:b w:val="0"/>
          <w:sz w:val="20"/>
        </w:rPr>
        <w:t>Letto, confermato e sottoscritto.</w:t>
      </w:r>
    </w:p>
    <w:p/>
    <w:p/>
    <w:p/>
    <w:p>
      <w:r>
        <w:rPr>
          <w:b w:val="0"/>
          <w:sz w:val="20"/>
        </w:rPr>
        <w:t>Luogo : _________________________________________________________</w:t>
      </w:r>
    </w:p>
    <w:p>
      <w:r>
        <w:rPr>
          <w:b w:val="0"/>
          <w:sz w:val="20"/>
        </w:rPr>
        <w:t>Data  : 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PREPONENTE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AGENTE/LAVORATORE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https://documenti-esperti.com/modello-accordo-di-rinuncia-al-preavviso/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modello-accordo-di-rinuncia-al-preavviso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