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MODELLO DELEGA PASSAGGIO DI PROPRIETÀ</w:t>
      </w:r>
    </w:p>
    <w:p/>
    <w:p/>
    <w:p>
      <w:r>
        <w:rPr>
          <w:b/>
          <w:sz w:val="20"/>
        </w:rPr>
        <w:t>DELEGANTE (CONCEDENTE):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: ______________________________________________________</w:t>
      </w:r>
    </w:p>
    <w:p>
      <w:r>
        <w:rPr>
          <w:b w:val="0"/>
          <w:sz w:val="20"/>
        </w:rPr>
        <w:t>Documento di Identità (tipo, numero) : ___________________________</w:t>
      </w:r>
    </w:p>
    <w:p/>
    <w:p>
      <w:r>
        <w:rPr>
          <w:b/>
          <w:sz w:val="20"/>
        </w:rPr>
        <w:t>DELEGATO (DELEGATARIO):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: ______________________________________________________</w:t>
      </w:r>
    </w:p>
    <w:p>
      <w:r>
        <w:rPr>
          <w:b w:val="0"/>
          <w:sz w:val="20"/>
        </w:rPr>
        <w:t>Documento di Identità (tipo, numero) : ___________________________</w:t>
      </w:r>
    </w:p>
    <w:p/>
    <w:p>
      <w:r>
        <w:rPr>
          <w:b/>
          <w:sz w:val="20"/>
        </w:rPr>
        <w:t>VEICOLO OGGETTO DEL PASSAGGIO DI PROPRIETÀ:</w:t>
      </w:r>
    </w:p>
    <w:p>
      <w:r>
        <w:rPr>
          <w:b w:val="0"/>
          <w:sz w:val="20"/>
        </w:rPr>
        <w:t>Marca : _________________________________________________________</w:t>
      </w:r>
    </w:p>
    <w:p>
      <w:r>
        <w:rPr>
          <w:b w:val="0"/>
          <w:sz w:val="20"/>
        </w:rPr>
        <w:t>Modello : _______________________________________________________</w:t>
      </w:r>
    </w:p>
    <w:p>
      <w:r>
        <w:rPr>
          <w:b w:val="0"/>
          <w:sz w:val="20"/>
        </w:rPr>
        <w:t>Targa : _________________________________________________________</w:t>
      </w:r>
    </w:p>
    <w:p>
      <w:r>
        <w:rPr>
          <w:b w:val="0"/>
          <w:sz w:val="20"/>
        </w:rPr>
        <w:t>Telaio (VIN) : ___________________________________________________</w:t>
      </w:r>
    </w:p>
    <w:p>
      <w:r>
        <w:rPr>
          <w:b w:val="0"/>
          <w:sz w:val="20"/>
        </w:rPr>
        <w:t>Cilindrata : _____________________________________________________</w:t>
      </w:r>
    </w:p>
    <w:p>
      <w:r>
        <w:rPr>
          <w:b w:val="0"/>
          <w:sz w:val="20"/>
        </w:rPr>
        <w:t>Anno di immatricolazione : ________________________________________</w:t>
      </w:r>
    </w:p>
    <w:p/>
    <w:p>
      <w:r>
        <w:rPr>
          <w:b w:val="0"/>
          <w:sz w:val="20"/>
        </w:rPr>
        <w:t>Il/La sottoscritto/a, il/la sig./sig.ra ________________________________________________, nato/a a ____________________________, residente in ________________________________, codice fiscale ____________________________________, in qualità di legittimo proprietario del veicolo sopra descritto, con la presente delega il/la sig./sig.ra ____________________________________________________, nato/a a ____________________________, residente in ________________________________, codice fiscale ____________________________________, a compiere in mio nome e per mio conto tutte le pratiche amministrative necessarie per il passaggio di proprietà del suddetto veicolo presso gli uffici competenti, incluse ma non limitate a:</w:t>
      </w:r>
    </w:p>
    <w:p>
      <w:r>
        <w:rPr>
          <w:b w:val="0"/>
          <w:sz w:val="20"/>
        </w:rPr>
        <w:t>a) presentazione e ritiro della documentazione inerente al passaggio di proprietà;</w:t>
      </w:r>
    </w:p>
    <w:p>
      <w:r>
        <w:rPr>
          <w:b w:val="0"/>
          <w:sz w:val="20"/>
        </w:rPr>
        <w:t>b) firma di tutti i documenti necessari;</w:t>
      </w:r>
    </w:p>
    <w:p>
      <w:r>
        <w:rPr>
          <w:b w:val="0"/>
          <w:sz w:val="20"/>
        </w:rPr>
        <w:t>c) pagamento di eventuali imposte, tasse e diritti relativi alla pratica;</w:t>
      </w:r>
    </w:p>
    <w:p>
      <w:r>
        <w:rPr>
          <w:b w:val="0"/>
          <w:sz w:val="20"/>
        </w:rPr>
        <w:t>d) ritiro del certificato di proprietà e del libretto di circolazione aggiornati.</w:t>
      </w:r>
    </w:p>
    <w:p/>
    <w:p>
      <w:r>
        <w:rPr>
          <w:b w:val="0"/>
          <w:sz w:val="20"/>
        </w:rPr>
        <w:t>Il delegato è autorizzato ad effettuare ogni altra azione necessaria al buon esito della procedura di passaggio di proprietà.</w:t>
      </w:r>
    </w:p>
    <w:p/>
    <w:p>
      <w:r>
        <w:rPr>
          <w:b/>
          <w:sz w:val="20"/>
        </w:rPr>
        <w:t>DICHIARAZIONI DEL DELEGANTE:</w:t>
      </w:r>
    </w:p>
    <w:p>
      <w:r>
        <w:rPr>
          <w:b w:val="0"/>
          <w:sz w:val="20"/>
        </w:rPr>
        <w:t>1. Dichiaro che il veicolo sopra indicato è di mia legittima proprietà e libero da vincoli o gravami al momento della presente delega.</w:t>
      </w:r>
    </w:p>
    <w:p>
      <w:r>
        <w:rPr>
          <w:b w:val="0"/>
          <w:sz w:val="20"/>
        </w:rPr>
        <w:t>2. Dichiaro di assumermi ogni responsabilità in merito alle dichiarazioni rese e all’utilizzo della presente delega.</w:t>
      </w:r>
    </w:p>
    <w:p/>
    <w:p>
      <w:r>
        <w:rPr>
          <w:b/>
          <w:sz w:val="20"/>
        </w:rPr>
        <w:t>DICHIARAZIONI DEL DELEGATO:</w:t>
      </w:r>
    </w:p>
    <w:p>
      <w:r>
        <w:rPr>
          <w:b w:val="0"/>
          <w:sz w:val="20"/>
        </w:rPr>
        <w:t>1. Dichiaro di aver preso visione del veicolo e della relativa documentazione.</w:t>
      </w:r>
    </w:p>
    <w:p>
      <w:r>
        <w:rPr>
          <w:b w:val="0"/>
          <w:sz w:val="20"/>
        </w:rPr>
        <w:t>2. Mi impegno a espletare le pratiche delegate con la massima diligenza e nel rispetto della normativa vigente.</w:t>
      </w:r>
    </w:p>
    <w:p/>
    <w:p>
      <w:r>
        <w:rPr>
          <w:b w:val="0"/>
          <w:sz w:val="20"/>
        </w:rPr>
        <w:t>La presente delega è valida esclusivamente per le finalità sopra indicate e non può essere ceduta o trasferita ad altri soggetti.</w:t>
      </w:r>
    </w:p>
    <w:p/>
    <w:p/>
    <w:p>
      <w:r>
        <w:rPr>
          <w:b w:val="0"/>
          <w:sz w:val="20"/>
        </w:rPr>
        <w:t>Luogo : ____________________________</w:t>
      </w:r>
    </w:p>
    <w:p>
      <w:r>
        <w:rPr>
          <w:b w:val="0"/>
          <w:sz w:val="20"/>
        </w:rPr>
        <w:t>Firma del Delegante : ___________________________________________</w:t>
      </w:r>
    </w:p>
    <w:p/>
    <w:p/>
    <w:p>
      <w:r>
        <w:rPr>
          <w:b w:val="0"/>
          <w:sz w:val="20"/>
        </w:rPr>
        <w:t>Firma del Delegato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https://documenti-esperti.com/modello-delega-passaggio-di-proprieta/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ello-delega-passaggio-di-propriet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