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MODELLO DELEGA POTERE DI FIRMA</w:t>
      </w:r>
    </w:p>
    <w:p/>
    <w:p/>
    <w:p>
      <w:r>
        <w:rPr>
          <w:b/>
          <w:sz w:val="20"/>
        </w:rPr>
        <w:t>DELEGANTE:</w:t>
      </w:r>
    </w:p>
    <w:p>
      <w:r>
        <w:rPr>
          <w:b w:val="0"/>
          <w:sz w:val="20"/>
        </w:rPr>
        <w:t>Nome e Cognome / Ragione Sociale : 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</w:t>
      </w:r>
    </w:p>
    <w:p>
      <w:r>
        <w:rPr>
          <w:b w:val="0"/>
          <w:sz w:val="20"/>
        </w:rPr>
        <w:t>Sede Legale / Residenza : _____________________________________________________</w:t>
      </w:r>
    </w:p>
    <w:p/>
    <w:p>
      <w:r>
        <w:rPr>
          <w:b/>
          <w:sz w:val="20"/>
        </w:rPr>
        <w:t>DELEGATO:</w:t>
      </w:r>
    </w:p>
    <w:p>
      <w:r>
        <w:rPr>
          <w:b w:val="0"/>
          <w:sz w:val="20"/>
        </w:rPr>
        <w:t>Nome e Cognome : ______________________________________________________________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_______________________________________________________________</w:t>
      </w:r>
    </w:p>
    <w:p>
      <w:r>
        <w:rPr>
          <w:b w:val="0"/>
          <w:sz w:val="20"/>
        </w:rPr>
        <w:t>Residenza : _________________________________________________________________</w:t>
      </w:r>
    </w:p>
    <w:p/>
    <w:p>
      <w:r>
        <w:rPr>
          <w:b/>
          <w:sz w:val="20"/>
        </w:rPr>
        <w:t>PREMESSE</w:t>
      </w:r>
    </w:p>
    <w:p>
      <w:r>
        <w:rPr>
          <w:b w:val="0"/>
          <w:sz w:val="20"/>
        </w:rPr>
        <w:t>Il sottoscritto Delegante, nella sua qualità di legale rappresentante o titolare della società sopra indicata,</w:t>
      </w:r>
    </w:p>
    <w:p>
      <w:r>
        <w:rPr>
          <w:b w:val="0"/>
          <w:sz w:val="20"/>
        </w:rPr>
        <w:t>intende delegare al Delegato il potere di firma per gli atti e i documenti specificati nel presente atto,</w:t>
      </w:r>
    </w:p>
    <w:p>
      <w:r>
        <w:rPr>
          <w:b w:val="0"/>
          <w:sz w:val="20"/>
        </w:rPr>
        <w:t>conformemente alle disposizioni di legge e agli statuti vigenti.</w:t>
      </w:r>
    </w:p>
    <w:p/>
    <w:p>
      <w:r>
        <w:rPr>
          <w:b/>
          <w:sz w:val="20"/>
        </w:rPr>
        <w:t>OGGETTO DELLA DELEGA</w:t>
      </w:r>
    </w:p>
    <w:p>
      <w:r>
        <w:rPr>
          <w:b w:val="0"/>
          <w:sz w:val="20"/>
        </w:rPr>
        <w:t>Con il presente atto, il Delegante conferisce al Delegato il potere di firmare i seguenti documenti e atti:</w:t>
      </w:r>
    </w:p>
    <w:p>
      <w:r>
        <w:rPr>
          <w:b w:val="0"/>
          <w:sz w:val="20"/>
        </w:rPr>
        <w:t>- Contratti di fornitura, vendita e acquisto inerenti l’attività aziendale;</w:t>
      </w:r>
    </w:p>
    <w:p>
      <w:r>
        <w:rPr>
          <w:b w:val="0"/>
          <w:sz w:val="20"/>
        </w:rPr>
        <w:t>- Documenti contabili e fiscali relativi all’attività aziendale;</w:t>
      </w:r>
    </w:p>
    <w:p>
      <w:r>
        <w:rPr>
          <w:b w:val="0"/>
          <w:sz w:val="20"/>
        </w:rPr>
        <w:t>- Autorizzazioni, dichiarazioni e comunicazioni verso enti pubblici e privati;</w:t>
      </w:r>
    </w:p>
    <w:p>
      <w:r>
        <w:rPr>
          <w:b w:val="0"/>
          <w:sz w:val="20"/>
        </w:rPr>
        <w:t>- Ordinativi di pagamento e disposizioni bancarie;</w:t>
      </w:r>
    </w:p>
    <w:p>
      <w:r>
        <w:rPr>
          <w:b w:val="0"/>
          <w:sz w:val="20"/>
        </w:rPr>
        <w:t>- Ogni altro documento necessario per la gestione ordinaria e straordinaria dell’attività,</w:t>
      </w:r>
    </w:p>
    <w:p>
      <w:r>
        <w:rPr>
          <w:b w:val="0"/>
          <w:sz w:val="20"/>
        </w:rPr>
        <w:t xml:space="preserve">  esclusi però gli atti che comportino modifiche statutarie o impegni patrimoniali rilevanti,</w:t>
      </w:r>
    </w:p>
    <w:p>
      <w:r>
        <w:rPr>
          <w:b w:val="0"/>
          <w:sz w:val="20"/>
        </w:rPr>
        <w:t xml:space="preserve">  per i quali è necessaria specifica autorizzazione del Delegante.</w:t>
      </w:r>
    </w:p>
    <w:p/>
    <w:p>
      <w:r>
        <w:rPr>
          <w:b/>
          <w:sz w:val="20"/>
        </w:rPr>
        <w:t>DURATA DELLA DELEGA</w:t>
      </w:r>
    </w:p>
    <w:p>
      <w:r>
        <w:rPr>
          <w:b w:val="0"/>
          <w:sz w:val="20"/>
        </w:rPr>
        <w:t>La presente delega ha validità dalla data di sottoscrizione e rimane efficace fino a revoca scritta da parte del Delegante.</w:t>
      </w:r>
    </w:p>
    <w:p/>
    <w:p>
      <w:r>
        <w:rPr>
          <w:b/>
          <w:sz w:val="20"/>
        </w:rPr>
        <w:t>OBBLIGHI E RESPONSABILITÀ DEL DELEGATO</w:t>
      </w:r>
    </w:p>
    <w:p>
      <w:r>
        <w:rPr>
          <w:b w:val="0"/>
          <w:sz w:val="20"/>
        </w:rPr>
        <w:t>Il Delegato si impegna a esercitare i poteri conferiti con diligenza e nel rispetto delle normative vigenti,</w:t>
      </w:r>
    </w:p>
    <w:p>
      <w:r>
        <w:rPr>
          <w:b w:val="0"/>
          <w:sz w:val="20"/>
        </w:rPr>
        <w:t>nonché delle direttive impartite dal Delegante. Ogni atto sottoscritto dal Delegato nell’ambito della presente delega</w:t>
      </w:r>
    </w:p>
    <w:p>
      <w:r>
        <w:rPr>
          <w:b w:val="0"/>
          <w:sz w:val="20"/>
        </w:rPr>
        <w:t>impegna direttamente il Delegante.</w:t>
      </w:r>
    </w:p>
    <w:p/>
    <w:p>
      <w:r>
        <w:rPr>
          <w:b/>
          <w:sz w:val="20"/>
        </w:rPr>
        <w:t>REVOCABILITÀ</w:t>
      </w:r>
    </w:p>
    <w:p>
      <w:r>
        <w:rPr>
          <w:b w:val="0"/>
          <w:sz w:val="20"/>
        </w:rPr>
        <w:t>La presente delega è revocabile in qualsiasi momento mediante comunicazione scritta da parte del Delegante.</w:t>
      </w:r>
    </w:p>
    <w:p/>
    <w:p>
      <w:r>
        <w:rPr>
          <w:b/>
          <w:sz w:val="20"/>
        </w:rPr>
        <w:t>DISPOSIZIONI FINALI</w:t>
      </w:r>
    </w:p>
    <w:p>
      <w:r>
        <w:rPr>
          <w:b w:val="0"/>
          <w:sz w:val="20"/>
        </w:rPr>
        <w:t>Per quanto non espressamente previsto nel presente atto, si fa rinvio alle disposizioni del Codice Civile e alle norme vigenti in materia.</w:t>
      </w:r>
    </w:p>
    <w:p/>
    <w:p/>
    <w:p>
      <w:r>
        <w:rPr>
          <w:b w:val="0"/>
          <w:sz w:val="20"/>
        </w:rPr>
        <w:t>Luogo : _________________________________________________________</w:t>
      </w:r>
    </w:p>
    <w:p>
      <w:r>
        <w:rPr>
          <w:b w:val="0"/>
          <w:sz w:val="20"/>
        </w:rPr>
        <w:t>Data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https://documenti-esperti.com/modello-delega-potere-di-firma/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ello-delega-potere-di-firma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