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MODELLO DELEGA PER PRESENTAZIONE VOLTURA CATASTALE</w:t>
      </w:r>
    </w:p>
    <w:p/>
    <w:p/>
    <w:p>
      <w:r>
        <w:rPr>
          <w:b w:val="0"/>
          <w:sz w:val="20"/>
        </w:rPr>
        <w:t>Il sottoscritto/a,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Codice Fiscale : ____________________________________________________</w:t>
      </w:r>
    </w:p>
    <w:p>
      <w:r>
        <w:rPr>
          <w:b w:val="0"/>
          <w:sz w:val="20"/>
        </w:rPr>
        <w:t>Residenza : _________________________________________________________</w:t>
      </w:r>
    </w:p>
    <w:p/>
    <w:p>
      <w:r>
        <w:rPr>
          <w:b/>
          <w:sz w:val="20"/>
        </w:rPr>
        <w:t>in qualità di</w:t>
      </w:r>
    </w:p>
    <w:p>
      <w:r>
        <w:rPr>
          <w:b w:val="0"/>
          <w:sz w:val="20"/>
        </w:rPr>
        <w:t>Proprietario / Usufruttuario / Altro (specificare) : __________________________</w:t>
      </w:r>
    </w:p>
    <w:p/>
    <w:p>
      <w:r>
        <w:rPr>
          <w:b w:val="0"/>
          <w:sz w:val="20"/>
        </w:rPr>
        <w:t>DELEGA</w:t>
      </w:r>
    </w:p>
    <w:p/>
    <w:p>
      <w:r>
        <w:rPr>
          <w:b w:val="0"/>
          <w:sz w:val="20"/>
        </w:rPr>
        <w:t>Il/la sottoscritto/a delega il Sig./la Sig.ra: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Codice Fiscale : ____________________________________________________</w:t>
      </w:r>
    </w:p>
    <w:p>
      <w:r>
        <w:rPr>
          <w:b w:val="0"/>
          <w:sz w:val="20"/>
        </w:rPr>
        <w:t>Residenza : _________________________________________________________</w:t>
      </w:r>
    </w:p>
    <w:p/>
    <w:p>
      <w:r>
        <w:rPr>
          <w:b w:val="0"/>
          <w:sz w:val="20"/>
        </w:rPr>
        <w:t>a presentare, in nome e per conto del sottoscritto/a, la domanda di voltura catastale relativa all'immobile/i di seguito indicato/i presso l'Agenzia delle Entrate - Ufficio Provinciale del Territorio, ai sensi della normativa vigente.</w:t>
      </w:r>
    </w:p>
    <w:p/>
    <w:p>
      <w:r>
        <w:rPr>
          <w:b w:val="0"/>
          <w:sz w:val="20"/>
        </w:rPr>
        <w:t>Dati Immobile/i:</w:t>
      </w:r>
    </w:p>
    <w:p>
      <w:r>
        <w:rPr>
          <w:b w:val="0"/>
          <w:sz w:val="20"/>
        </w:rPr>
        <w:t>Indirizzo : __________________________________________________________</w:t>
      </w:r>
    </w:p>
    <w:p>
      <w:r>
        <w:rPr>
          <w:b w:val="0"/>
          <w:sz w:val="20"/>
        </w:rPr>
        <w:t>Foglio : _______________ Particella/e : ________________________________</w:t>
      </w:r>
    </w:p>
    <w:p>
      <w:r>
        <w:rPr>
          <w:b w:val="0"/>
          <w:sz w:val="20"/>
        </w:rPr>
        <w:t>Subalterno/i : ________________________________________________________</w:t>
      </w:r>
    </w:p>
    <w:p/>
    <w:p>
      <w:r>
        <w:rPr>
          <w:b w:val="0"/>
          <w:sz w:val="20"/>
        </w:rPr>
        <w:t>Il delegato è autorizzato a compiere ogni atto necessario per la corretta presentazione della voltura catastale, inclusa la firma di moduli, la consegna di documentazione e la richiesta di informazioni agli uffici competenti.</w:t>
      </w:r>
    </w:p>
    <w:p/>
    <w:p>
      <w:r>
        <w:rPr>
          <w:b/>
          <w:sz w:val="20"/>
        </w:rPr>
        <w:t>Dichiaro di essere consapevole delle responsabilità penali previste in caso di dichiarazioni mendaci ai sensi dell’art. 76 del D.P.R. 445/2000.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/>
    <w:p/>
    <w:p>
      <w:r>
        <w:rPr>
          <w:b/>
          <w:sz w:val="20"/>
        </w:rPr>
        <w:t>NOTA BENE:</w:t>
      </w:r>
    </w:p>
    <w:p>
      <w:r>
        <w:rPr>
          <w:b w:val="0"/>
          <w:sz w:val="20"/>
        </w:rPr>
        <w:t>La presente delega ha validità esclusivamente per la presentazione della voltura catastale e non autorizza il delegato a compiere altri atti in nome e per conto del delegante.</w:t>
      </w:r>
    </w:p>
    <w:p>
      <w:r>
        <w:rPr>
          <w:b w:val="0"/>
          <w:sz w:val="20"/>
        </w:rPr>
        <w:t>Si raccomanda di allegare copia di un documento di identità valido del delegante e del delegato.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https://documenti-esperti.com/modello-delega-presentazione-voltura-catastale-editabile/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ello-delega-presentazione-voltura-catastale-editab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