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MODELLO DI DELEGA PER IL RITIRO DOCUMENTI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Luogo e Data di Nascita : _________________________________________</w:t>
      </w:r>
    </w:p>
    <w:p>
      <w:r>
        <w:rPr>
          <w:b w:val="0"/>
          <w:sz w:val="20"/>
        </w:rPr>
        <w:t>Residenza : ______________________________________________________</w:t>
      </w:r>
    </w:p>
    <w:p/>
    <w:p>
      <w:r>
        <w:rPr>
          <w:b/>
          <w:sz w:val="20"/>
        </w:rPr>
        <w:t>Con la presente delega</w:t>
      </w:r>
    </w:p>
    <w:p>
      <w:pPr>
        <w:jc w:val="center"/>
      </w:pPr>
      <w:r>
        <w:rPr>
          <w:b/>
          <w:sz w:val="20"/>
        </w:rPr>
        <w:t>DELEGA</w:t>
      </w:r>
    </w:p>
    <w:p/>
    <w:p>
      <w:r>
        <w:rPr>
          <w:b/>
          <w:sz w:val="20"/>
        </w:rPr>
        <w:t>Il/La sottoscritto/a sopra indicato/a autorizza il/la Sig./Sig.ra: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Luogo e Data di Nascita : _________________________________________</w:t>
      </w:r>
    </w:p>
    <w:p>
      <w:r>
        <w:rPr>
          <w:b w:val="0"/>
          <w:sz w:val="20"/>
        </w:rPr>
        <w:t>Residenza : ______________________________________________________</w:t>
      </w:r>
    </w:p>
    <w:p/>
    <w:p>
      <w:r>
        <w:rPr>
          <w:b/>
          <w:sz w:val="20"/>
        </w:rPr>
        <w:t>a ritirare per suo conto i seguenti documenti: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 w:val="0"/>
          <w:sz w:val="20"/>
        </w:rPr>
        <w:t>Dichiara di assumersi ogni responsabilità derivante dall'uso improprio della presente delega e solleva il delegante da ogni responsabilità in merito.</w:t>
      </w:r>
    </w:p>
    <w:p/>
    <w:p>
      <w:r>
        <w:rPr>
          <w:b w:val="0"/>
          <w:sz w:val="20"/>
        </w:rPr>
        <w:t>La presente delega è valida esclusivamente per il ritiro dei documenti sopra indicati e non può essere utilizzata per altri scopi.</w:t>
      </w:r>
    </w:p>
    <w:p/>
    <w:p/>
    <w:p>
      <w:r>
        <w:rPr>
          <w:b/>
          <w:sz w:val="20"/>
        </w:rPr>
        <w:t>Firma del delegante:</w:t>
      </w:r>
    </w:p>
    <w:p>
      <w:r>
        <w:rPr>
          <w:b w:val="0"/>
          <w:sz w:val="20"/>
        </w:rPr>
        <w:t>___________________________________________</w:t>
      </w:r>
    </w:p>
    <w:p/>
    <w:p/>
    <w:p/>
    <w:p>
      <w:r>
        <w:rPr>
          <w:b/>
          <w:sz w:val="20"/>
        </w:rPr>
        <w:t>Firma del delegato:</w:t>
      </w:r>
    </w:p>
    <w:p>
      <w:r>
        <w:rPr>
          <w:b w:val="0"/>
          <w:sz w:val="20"/>
        </w:rPr>
        <w:t>___________________________________________</w:t>
      </w:r>
    </w:p>
    <w:p/>
    <w:p/>
    <w:p/>
    <w:p>
      <w:r>
        <w:rPr>
          <w:b/>
          <w:sz w:val="20"/>
        </w:rPr>
        <w:t>Documento di identità del delegante:</w:t>
      </w:r>
    </w:p>
    <w:p>
      <w:r>
        <w:rPr>
          <w:b w:val="0"/>
          <w:sz w:val="20"/>
        </w:rPr>
        <w:t>Tipo: ____________________ Numero: ________________________________</w:t>
      </w:r>
    </w:p>
    <w:p>
      <w:r>
        <w:rPr>
          <w:b w:val="0"/>
          <w:sz w:val="20"/>
        </w:rPr>
        <w:t>Rilasciato da: _____________________ Il: __________________________</w:t>
      </w:r>
    </w:p>
    <w:p/>
    <w:p>
      <w:r>
        <w:rPr>
          <w:b/>
          <w:sz w:val="20"/>
        </w:rPr>
        <w:t>Documento di identità del delegato:</w:t>
      </w:r>
    </w:p>
    <w:p>
      <w:r>
        <w:rPr>
          <w:b w:val="0"/>
          <w:sz w:val="20"/>
        </w:rPr>
        <w:t>Tipo: ____________________ Numero: ________________________________</w:t>
      </w:r>
    </w:p>
    <w:p>
      <w:r>
        <w:rPr>
          <w:b w:val="0"/>
          <w:sz w:val="20"/>
        </w:rPr>
        <w:t>Rilasciato da: _____________________ Il: __________________________</w:t>
      </w:r>
    </w:p>
    <w:p/>
    <w:p/>
    <w:p>
      <w:r>
        <w:rPr>
          <w:b w:val="0"/>
          <w:sz w:val="20"/>
        </w:rPr>
        <w:t>Luogo : ____________________________________    Data : 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https://documenti-esperti.com/modello-delega-ritiro-documenti/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ello-delega-ritiro-documenti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