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MODELLO DI PROCURA DELEGA</w:t>
      </w:r>
    </w:p>
    <w:p/>
    <w:p/>
    <w:p>
      <w:r>
        <w:rPr>
          <w:b/>
          <w:sz w:val="20"/>
        </w:rPr>
        <w:t>Io sottoscritto/a: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Nato/a a : ____________________________ il : 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Residente in : ______________________________________________________</w:t>
      </w:r>
    </w:p>
    <w:p>
      <w:r>
        <w:rPr>
          <w:b w:val="0"/>
          <w:sz w:val="20"/>
        </w:rPr>
        <w:t>Via/Piazza : ________________________________________________________</w:t>
      </w:r>
    </w:p>
    <w:p/>
    <w:p>
      <w:r>
        <w:rPr>
          <w:b/>
          <w:sz w:val="20"/>
        </w:rPr>
        <w:t>Con la presente nomino e conferisco procura speciale a: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Nato/a a : ____________________________ il : ________________________</w:t>
      </w:r>
    </w:p>
    <w:p>
      <w:r>
        <w:rPr>
          <w:b w:val="0"/>
          <w:sz w:val="20"/>
        </w:rPr>
        <w:t>Codice Fiscale : ____________________________________________________</w:t>
      </w:r>
    </w:p>
    <w:p>
      <w:r>
        <w:rPr>
          <w:b w:val="0"/>
          <w:sz w:val="20"/>
        </w:rPr>
        <w:t>Residente in : ______________________________________________________</w:t>
      </w:r>
    </w:p>
    <w:p>
      <w:r>
        <w:rPr>
          <w:b w:val="0"/>
          <w:sz w:val="20"/>
        </w:rPr>
        <w:t>Via/Piazza : ________________________________________________________</w:t>
      </w:r>
    </w:p>
    <w:p/>
    <w:p>
      <w:r>
        <w:rPr>
          <w:b/>
          <w:sz w:val="20"/>
        </w:rPr>
        <w:t>Al fine di rappresentarmi e compiere in mio nome e per mio conto i seguenti atti: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</w:t>
      </w:r>
    </w:p>
    <w:p>
      <w:r>
        <w:rPr>
          <w:b/>
          <w:sz w:val="20"/>
        </w:rPr>
        <w:t>in particolare con i poteri di:</w:t>
      </w:r>
    </w:p>
    <w:p>
      <w:r>
        <w:rPr>
          <w:b w:val="0"/>
          <w:sz w:val="20"/>
        </w:rPr>
        <w:t>- Firmare documenti, istanze, dichiarazioni e ogni altro atto necessario o opportuno;</w:t>
      </w:r>
    </w:p>
    <w:p>
      <w:r>
        <w:rPr>
          <w:b w:val="0"/>
          <w:sz w:val="20"/>
        </w:rPr>
        <w:t>- Rappresentarmi presso enti pubblici, privati, amministrazioni, uffici e società di vario genere;</w:t>
      </w:r>
    </w:p>
    <w:p>
      <w:r>
        <w:rPr>
          <w:b w:val="0"/>
          <w:sz w:val="20"/>
        </w:rPr>
        <w:t>- Richiedere, ritirare certificati, documenti, concessioni e autorizzazioni;</w:t>
      </w:r>
    </w:p>
    <w:p>
      <w:r>
        <w:rPr>
          <w:b w:val="0"/>
          <w:sz w:val="20"/>
        </w:rPr>
        <w:t>- Effettuare pagamenti e incassi relativi agli atti di cui sopra;</w:t>
      </w:r>
    </w:p>
    <w:p>
      <w:r>
        <w:rPr>
          <w:b w:val="0"/>
          <w:sz w:val="20"/>
        </w:rPr>
        <w:t>- Eseguire ogni altra attività connessa, correlata o conseguente ai poteri conferiti.</w:t>
      </w:r>
    </w:p>
    <w:p/>
    <w:p>
      <w:r>
        <w:rPr>
          <w:b/>
          <w:sz w:val="20"/>
        </w:rPr>
        <w:t>La presente procura è valida a tutti gli effetti di legge e potrà essere revocata in qualsiasi momento.</w:t>
      </w:r>
    </w:p>
    <w:p/>
    <w:p>
      <w:r>
        <w:rPr>
          <w:b w:val="0"/>
          <w:sz w:val="20"/>
        </w:rPr>
        <w:t>Luogo : ______________________________________________________________</w:t>
      </w:r>
    </w:p>
    <w:p>
      <w:r>
        <w:rPr>
          <w:b w:val="0"/>
          <w:sz w:val="20"/>
        </w:rPr>
        <w:t>Data : _______________________________________________________________</w:t>
      </w:r>
    </w:p>
    <w:p/>
    <w:p/>
    <w:p>
      <w:r>
        <w:rPr>
          <w:b/>
          <w:sz w:val="20"/>
        </w:rPr>
        <w:t>Firma del/dei delegante/i :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p>
      <w:r>
        <w:rPr>
          <w:b/>
          <w:sz w:val="20"/>
        </w:rPr>
        <w:t>Firma del delegato (per accettazione) :</w:t>
      </w:r>
    </w:p>
    <w:p>
      <w:r>
        <w:rPr>
          <w:b w:val="0"/>
          <w:sz w:val="20"/>
        </w:rPr>
        <w:t>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DELEGATO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https://documenti-esperti.com/modello-procura-delega/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https://documenti-esperti.com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documenti-esperti.com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i-esperti.com/modello-procura-delega/" TargetMode="External"/><Relationship Id="rId10" Type="http://schemas.openxmlformats.org/officeDocument/2006/relationships/hyperlink" Target="https://documenti-esper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