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DICHIARAZIONE SOSTITUTIVA DI CERTIFICAZIONE</w:t>
      </w:r>
    </w:p>
    <w:p>
      <w:pPr>
        <w:jc w:val="center"/>
      </w:pPr>
      <w:r>
        <w:rPr>
          <w:b w:val="0"/>
          <w:sz w:val="20"/>
        </w:rPr>
        <w:t>Ai sensi degli artt. 46 e 47 del D.P.R. 28 dicembre 2000, n. 445</w:t>
      </w:r>
    </w:p>
    <w:p/>
    <w:p/>
    <w:p>
      <w:r>
        <w:rPr>
          <w:b/>
          <w:sz w:val="20"/>
        </w:rPr>
        <w:t>Il/La sottoscritto/a:</w:t>
      </w:r>
    </w:p>
    <w:p>
      <w:r>
        <w:rPr>
          <w:b w:val="0"/>
          <w:sz w:val="20"/>
        </w:rPr>
        <w:t>Nome e Cognome: ___________________________________________________</w:t>
      </w:r>
    </w:p>
    <w:p>
      <w:r>
        <w:rPr>
          <w:b w:val="0"/>
          <w:sz w:val="20"/>
        </w:rPr>
        <w:t>Luogo di nascita: __________________________________________________</w:t>
      </w:r>
    </w:p>
    <w:p>
      <w:r>
        <w:rPr>
          <w:b w:val="0"/>
          <w:sz w:val="20"/>
        </w:rPr>
        <w:t>Data di nascita: ___________________________________________________</w:t>
      </w:r>
    </w:p>
    <w:p>
      <w:r>
        <w:rPr>
          <w:b w:val="0"/>
          <w:sz w:val="20"/>
        </w:rPr>
        <w:t>Residente in: ______________________________________________________</w:t>
      </w:r>
    </w:p>
    <w:p>
      <w:r>
        <w:rPr>
          <w:b w:val="0"/>
          <w:sz w:val="20"/>
        </w:rPr>
        <w:t>Codice Fiscale: ____________________________________________________</w:t>
      </w:r>
    </w:p>
    <w:p/>
    <w:p>
      <w:r>
        <w:rPr>
          <w:b/>
          <w:sz w:val="20"/>
        </w:rPr>
        <w:t>DICHIARA SOTTO LA PROPRIA RESPONSABILITÀ, ai sensi degli artt. 46 e 47 del D.P.R. 445/2000:</w:t>
      </w:r>
    </w:p>
    <w:p>
      <w:r>
        <w:rPr>
          <w:b w:val="0"/>
          <w:sz w:val="20"/>
        </w:rPr>
        <w:t>1) Che i dati sopra riportati corrispondono a verità.</w:t>
      </w:r>
    </w:p>
    <w:p>
      <w:r>
        <w:rPr>
          <w:b w:val="0"/>
          <w:sz w:val="20"/>
        </w:rPr>
        <w:t>2) Che il veicolo descritto di seguito è di sua proprietà o è regolarmente affidato in uso:</w:t>
      </w:r>
    </w:p>
    <w:p>
      <w:r>
        <w:rPr>
          <w:b w:val="0"/>
          <w:sz w:val="20"/>
        </w:rPr>
        <w:t xml:space="preserve">    Marca: ___________________________________________________________</w:t>
      </w:r>
    </w:p>
    <w:p>
      <w:r>
        <w:rPr>
          <w:b w:val="0"/>
          <w:sz w:val="20"/>
        </w:rPr>
        <w:t xml:space="preserve">    Modello: _________________________________________________________</w:t>
      </w:r>
    </w:p>
    <w:p>
      <w:r>
        <w:rPr>
          <w:b w:val="0"/>
          <w:sz w:val="20"/>
        </w:rPr>
        <w:t xml:space="preserve">    Targa: ___________________________________________________________</w:t>
      </w:r>
    </w:p>
    <w:p>
      <w:r>
        <w:rPr>
          <w:b w:val="0"/>
          <w:sz w:val="20"/>
        </w:rPr>
        <w:t xml:space="preserve">    Numero di telaio: _________________________________________________</w:t>
      </w:r>
    </w:p>
    <w:p/>
    <w:p>
      <w:r>
        <w:rPr>
          <w:b/>
          <w:sz w:val="20"/>
        </w:rPr>
        <w:t>3) Che il veicolo è coperto da assicurazione con la Compagnia AXA Assicurazioni S.p.A. con polizza n.: _______________.</w:t>
      </w:r>
    </w:p>
    <w:p>
      <w:r>
        <w:rPr>
          <w:b/>
          <w:sz w:val="20"/>
        </w:rPr>
        <w:t>4) Che il presente modulo sostituisce ogni precedente dichiarazione relativa al veicolo sopra indicato.</w:t>
      </w:r>
    </w:p>
    <w:p/>
    <w:p>
      <w:r>
        <w:rPr>
          <w:b/>
          <w:sz w:val="20"/>
        </w:rPr>
        <w:t>INFORMATIVA AI SENSI DELL’ART. 13 DEL REGOLAMENTO UE 2016/679 (GDPR)</w:t>
      </w:r>
    </w:p>
    <w:p>
      <w:r>
        <w:rPr>
          <w:b w:val="0"/>
          <w:sz w:val="20"/>
        </w:rPr>
        <w:t>I dati personali forniti saranno trattati da AXA Assicurazioni S.p.A. per finalità connesse all’esecuzione del contratto assicurativo, nel rispetto della normativa vigente in materia di protezione dei dati personali.</w:t>
      </w:r>
    </w:p>
    <w:p>
      <w:r>
        <w:rPr>
          <w:b w:val="0"/>
          <w:sz w:val="20"/>
        </w:rPr>
        <w:t>Per maggiori informazioni si rimanda all’informativa completa disponibile sul sito web di AXA.</w:t>
      </w:r>
    </w:p>
    <w:p/>
    <w:p/>
    <w:p>
      <w:r>
        <w:rPr>
          <w:b w:val="0"/>
          <w:sz w:val="20"/>
        </w:rPr>
        <w:t>Luogo: _______________________________________________________________</w:t>
      </w:r>
    </w:p>
    <w:p>
      <w:r>
        <w:rPr>
          <w:b w:val="0"/>
          <w:sz w:val="20"/>
        </w:rPr>
        <w:t>Firma del dichiarante: 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Ricevuta per AXA Assicurazioni S.p.A.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/>
    <w:p/>
    <w:p>
      <w:r>
        <w:rPr>
          <w:b/>
          <w:sz w:val="20"/>
        </w:rPr>
        <w:t>Si avverte che, ai sensi dell’art. 76 del D.P.R. 445/2000, le dichiarazioni mendaci, la falsità negli atti e l’uso di atti falsi sono puniti ai sensi del codice penale e delle leggi speciali in materia.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https://documenti-esperti.com/modulo-auto-sostitutiva-axa/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modulo-auto-sostitutiva-axa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