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MODULO PER CAMBIO DI RESIDENZA E RILASCIO/RINNOVO PASSAPORTO</w:t>
      </w:r>
    </w:p>
    <w:p/>
    <w:p/>
    <w:p>
      <w:r>
        <w:rPr>
          <w:b/>
          <w:sz w:val="20"/>
        </w:rPr>
        <w:t>DATI ANAGRAFICI DEL RICHIEDENTE:</w:t>
      </w:r>
    </w:p>
    <w:p>
      <w:r>
        <w:rPr>
          <w:b w:val="0"/>
          <w:sz w:val="20"/>
        </w:rPr>
        <w:t>Nome e Cognome : ____________________________________________________________</w:t>
      </w:r>
    </w:p>
    <w:p>
      <w:r>
        <w:rPr>
          <w:b w:val="0"/>
          <w:sz w:val="20"/>
        </w:rPr>
        <w:t>Data di nascita : ____________________________________________________________</w:t>
      </w:r>
    </w:p>
    <w:p>
      <w:r>
        <w:rPr>
          <w:b w:val="0"/>
          <w:sz w:val="20"/>
        </w:rPr>
        <w:t>Luogo di nascita : ___________________________________________________________</w:t>
      </w:r>
    </w:p>
    <w:p>
      <w:r>
        <w:rPr>
          <w:b w:val="0"/>
          <w:sz w:val="20"/>
        </w:rPr>
        <w:t>Codice Fiscale : ____________________________________________________________</w:t>
      </w:r>
    </w:p>
    <w:p>
      <w:r>
        <w:rPr>
          <w:b w:val="0"/>
          <w:sz w:val="20"/>
        </w:rPr>
        <w:t>Stato civile : _______________________________________________________________</w:t>
      </w:r>
    </w:p>
    <w:p>
      <w:r>
        <w:rPr>
          <w:b w:val="0"/>
          <w:sz w:val="20"/>
        </w:rPr>
        <w:t>Numero documento di riconoscimento : _________________________________________</w:t>
      </w:r>
    </w:p>
    <w:p>
      <w:r>
        <w:rPr>
          <w:b w:val="0"/>
          <w:sz w:val="20"/>
        </w:rPr>
        <w:t>Rilasciato da : ______________________________________________________________</w:t>
      </w:r>
    </w:p>
    <w:p/>
    <w:p>
      <w:r>
        <w:rPr>
          <w:b/>
          <w:sz w:val="20"/>
        </w:rPr>
        <w:t>NUOVA RESIDENZA:</w:t>
      </w:r>
    </w:p>
    <w:p>
      <w:r>
        <w:rPr>
          <w:b w:val="0"/>
          <w:sz w:val="20"/>
        </w:rPr>
        <w:t>Indirizzo : _________________________________________________________________</w:t>
      </w:r>
    </w:p>
    <w:p>
      <w:r>
        <w:rPr>
          <w:b w:val="0"/>
          <w:sz w:val="20"/>
        </w:rPr>
        <w:t>CAP : ___________________ Comune : ______________________ Provincia : ________</w:t>
      </w:r>
    </w:p>
    <w:p>
      <w:r>
        <w:rPr>
          <w:b w:val="0"/>
          <w:sz w:val="20"/>
        </w:rPr>
        <w:t>Telefono : _________________________________________________________________</w:t>
      </w:r>
    </w:p>
    <w:p/>
    <w:p>
      <w:r>
        <w:rPr>
          <w:b/>
          <w:sz w:val="20"/>
        </w:rPr>
        <w:t>RICHIESTA PASSAPORTO:</w:t>
      </w:r>
    </w:p>
    <w:p>
      <w:r>
        <w:rPr>
          <w:b w:val="0"/>
          <w:sz w:val="20"/>
        </w:rPr>
        <w:t>Tipo di richiesta: ___________________________________________________________</w:t>
      </w:r>
    </w:p>
    <w:p>
      <w:r>
        <w:rPr>
          <w:b w:val="0"/>
          <w:sz w:val="20"/>
        </w:rPr>
        <w:t>( ) Rilascio nuovo passaporto</w:t>
      </w:r>
    </w:p>
    <w:p>
      <w:r>
        <w:rPr>
          <w:b w:val="0"/>
          <w:sz w:val="20"/>
        </w:rPr>
        <w:t>( ) Rinnovo passaporto</w:t>
      </w:r>
    </w:p>
    <w:p>
      <w:r>
        <w:rPr>
          <w:b w:val="0"/>
          <w:sz w:val="20"/>
        </w:rPr>
        <w:t>( ) Smarrimento/Furto (da allegare denuncia alle autorità competenti)</w:t>
      </w:r>
    </w:p>
    <w:p>
      <w:r>
        <w:rPr>
          <w:b w:val="0"/>
          <w:sz w:val="20"/>
        </w:rPr>
        <w:t>Numero passaporto precedente (se presente): _________________________________</w:t>
      </w:r>
    </w:p>
    <w:p/>
    <w:p>
      <w:r>
        <w:rPr>
          <w:b/>
          <w:sz w:val="20"/>
        </w:rPr>
        <w:t>DOCUMENTAZIONE ALLEGATA:</w:t>
      </w:r>
    </w:p>
    <w:p>
      <w:r>
        <w:rPr>
          <w:b w:val="0"/>
          <w:sz w:val="20"/>
        </w:rPr>
        <w:t>( ) Carta d'identità valida</w:t>
      </w:r>
    </w:p>
    <w:p>
      <w:r>
        <w:rPr>
          <w:b w:val="0"/>
          <w:sz w:val="20"/>
        </w:rPr>
        <w:t>( ) Codice Fiscale</w:t>
      </w:r>
    </w:p>
    <w:p>
      <w:r>
        <w:rPr>
          <w:b w:val="0"/>
          <w:sz w:val="20"/>
        </w:rPr>
        <w:t>( ) Fotografie formato tessera n. ____</w:t>
      </w:r>
    </w:p>
    <w:p>
      <w:r>
        <w:rPr>
          <w:b w:val="0"/>
          <w:sz w:val="20"/>
        </w:rPr>
        <w:t>( ) Ricevuta pagamento diritti di segreteria</w:t>
      </w:r>
    </w:p>
    <w:p>
      <w:r>
        <w:rPr>
          <w:b w:val="0"/>
          <w:sz w:val="20"/>
        </w:rPr>
        <w:t>( ) Denuncia smarrimento/furto (se richiesta smarrimento/furto)</w:t>
      </w:r>
    </w:p>
    <w:p>
      <w:r>
        <w:rPr>
          <w:b w:val="0"/>
          <w:sz w:val="20"/>
        </w:rPr>
        <w:t>( ) Eventuali altri documenti: ________________________________________________</w:t>
      </w:r>
    </w:p>
    <w:p/>
    <w:p>
      <w:r>
        <w:rPr>
          <w:b/>
          <w:sz w:val="20"/>
        </w:rPr>
        <w:t>DICHIARAZIONI DEL RICHIEDENTE:</w:t>
      </w:r>
    </w:p>
    <w:p>
      <w:r>
        <w:rPr>
          <w:b w:val="0"/>
          <w:sz w:val="20"/>
        </w:rPr>
        <w:t>Il/la sottoscritto/a dichiara sotto la propria responsabilità, ai sensi degli artt. 46 e 47 del D.P.R. 445/2000:</w:t>
      </w:r>
    </w:p>
    <w:p>
      <w:r>
        <w:rPr>
          <w:b w:val="0"/>
          <w:sz w:val="20"/>
        </w:rPr>
        <w:t>a) di essere a conoscenza che le dichiarazioni mendaci, la falsità negli atti e l'uso di atti falsi sono puniti ai sensi del codice penale e delle leggi speciali in materia;</w:t>
      </w:r>
    </w:p>
    <w:p>
      <w:r>
        <w:rPr>
          <w:b w:val="0"/>
          <w:sz w:val="20"/>
        </w:rPr>
        <w:t>b) di essere residente nell'indirizzo sopra indicato;</w:t>
      </w:r>
    </w:p>
    <w:p>
      <w:r>
        <w:rPr>
          <w:b w:val="0"/>
          <w:sz w:val="20"/>
        </w:rPr>
        <w:t>c) che i dati forniti corrispondono al vero;</w:t>
      </w:r>
    </w:p>
    <w:p>
      <w:r>
        <w:rPr>
          <w:b w:val="0"/>
          <w:sz w:val="20"/>
        </w:rPr>
        <w:t>d) di autorizzare il trattamento dei dati personali ai sensi del Regolamento UE 2016/679 (GDPR).</w:t>
      </w:r>
    </w:p>
    <w:p/>
    <w:p>
      <w:r>
        <w:rPr>
          <w:b/>
          <w:sz w:val="20"/>
        </w:rPr>
        <w:t>CONSENSO AL TRATTAMENTO DEI DATI PERSONALI AI SENSI DELL’ART. 13 DEL REGOLAMENTO UE 2016/679 (GDPR):</w:t>
      </w:r>
    </w:p>
    <w:p>
      <w:r>
        <w:rPr>
          <w:b w:val="0"/>
          <w:sz w:val="20"/>
        </w:rPr>
        <w:t>Il/la sottoscritto/a, preso/a atto dell’informativa resa ai sensi dell’art.13 del Regolamento UE 2016/679, acconsente al trattamento dei propri dati personali per le finalità connesse alla presente richiesta.</w:t>
      </w:r>
    </w:p>
    <w:p/>
    <w:p/>
    <w:p>
      <w:r>
        <w:rPr>
          <w:b w:val="0"/>
          <w:sz w:val="20"/>
        </w:rPr>
        <w:t>Luogo : ____________________________________________________________</w:t>
      </w:r>
    </w:p>
    <w:p>
      <w:r>
        <w:rPr>
          <w:b w:val="0"/>
          <w:sz w:val="20"/>
        </w:rPr>
        <w:t>Firma del richiedente : 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UFFICIO ANAGRAFE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RICHIEDENTE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Firma e timbro 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Firma : 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https://documenti-esperti.com/modulo-cambio-residenza-passaporto/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https://documenti-esperti.com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documenti-esperti.com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i-esperti.com/modulo-cambio-residenza-passaporto/" TargetMode="External"/><Relationship Id="rId10" Type="http://schemas.openxmlformats.org/officeDocument/2006/relationships/hyperlink" Target="https://documenti-esper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