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MODULO DELEGA PER CONCILIAZIONE ARERA</w:t>
      </w:r>
    </w:p>
    <w:p/>
    <w:p>
      <w:r>
        <w:rPr>
          <w:b/>
          <w:sz w:val="20"/>
        </w:rPr>
        <w:t>Premesso che:</w:t>
      </w:r>
    </w:p>
    <w:p>
      <w:r>
        <w:rPr>
          <w:b w:val="0"/>
          <w:sz w:val="20"/>
        </w:rPr>
        <w:t>a) il sottoscritto/a ____________________________________________________, nato/a a ____________________, residente in ________________________________, codice fiscale ________________________________,</w:t>
      </w:r>
    </w:p>
    <w:p>
      <w:r>
        <w:rPr>
          <w:b w:val="0"/>
          <w:sz w:val="20"/>
        </w:rPr>
        <w:t>b) intende avvalersi della procedura di conciliazione prevista dall’Autorità di Regolazione per Energia Reti e Ambiente (ARERA) ai sensi dell’art. 141 del Decreto Legislativo 3 marzo 2011, n. 28, e del Regolamento per la Conciliazione delle controversie in materia di servizi di pubblica utilità, adottato da ARERA con Delibera n. 279/18/CONS;</w:t>
      </w:r>
    </w:p>
    <w:p/>
    <w:p>
      <w:r>
        <w:rPr>
          <w:b/>
          <w:sz w:val="20"/>
        </w:rPr>
        <w:t>DELEGA</w:t>
      </w:r>
    </w:p>
    <w:p>
      <w:r>
        <w:rPr>
          <w:b w:val="0"/>
          <w:sz w:val="20"/>
        </w:rPr>
        <w:t>con la presente delego il Sig./la Sig.ra ____________________________________________________, nato/a a ____________________, residente in ________________________________, codice fiscale ________________________________, a rappresentarmi e ad agire in mio nome e per mio conto nella procedura di conciliazione promossa presso ARERA relativamente alla controversia con il fornitore di servizi di pubblica utilità di seguito indicato.</w:t>
      </w:r>
    </w:p>
    <w:p/>
    <w:p>
      <w:r>
        <w:rPr>
          <w:b/>
          <w:sz w:val="20"/>
        </w:rPr>
        <w:t>Dati del fornitore:</w:t>
      </w:r>
    </w:p>
    <w:p>
      <w:r>
        <w:rPr>
          <w:b w:val="0"/>
          <w:sz w:val="20"/>
        </w:rPr>
        <w:t>Ragione sociale: _______________________________________________________________</w:t>
      </w:r>
    </w:p>
    <w:p>
      <w:r>
        <w:rPr>
          <w:b w:val="0"/>
          <w:sz w:val="20"/>
        </w:rPr>
        <w:t>Sede legale: _________________________________________________________________</w:t>
      </w:r>
    </w:p>
    <w:p>
      <w:r>
        <w:rPr>
          <w:b w:val="0"/>
          <w:sz w:val="20"/>
        </w:rPr>
        <w:t>Numero cliente/contratto: _____________________________________________________</w:t>
      </w:r>
    </w:p>
    <w:p/>
    <w:p>
      <w:r>
        <w:rPr>
          <w:b/>
          <w:sz w:val="20"/>
        </w:rPr>
        <w:t>Oggetto della conciliazione:</w:t>
      </w:r>
    </w:p>
    <w:p>
      <w:r>
        <w:rPr>
          <w:b w:val="0"/>
          <w:sz w:val="20"/>
        </w:rPr>
        <w:t>______________________________________________________________________________</w:t>
      </w:r>
    </w:p>
    <w:p>
      <w:r>
        <w:rPr>
          <w:b w:val="0"/>
          <w:sz w:val="20"/>
        </w:rPr>
        <w:t>______________________________________________________________________________</w:t>
      </w:r>
    </w:p>
    <w:p>
      <w:r>
        <w:rPr>
          <w:b w:val="0"/>
          <w:sz w:val="20"/>
        </w:rPr>
        <w:t>______________________________________________________________________________</w:t>
      </w:r>
    </w:p>
    <w:p/>
    <w:p>
      <w:r>
        <w:rPr>
          <w:b/>
          <w:sz w:val="20"/>
        </w:rPr>
        <w:t>Dichiarazioni e impegni del delegante:</w:t>
      </w:r>
    </w:p>
    <w:p>
      <w:r>
        <w:rPr>
          <w:b w:val="0"/>
          <w:sz w:val="20"/>
        </w:rPr>
        <w:t>Il sottoscritto dichiara di aver preso visione e di accettare il Regolamento ARERA per la conciliazione e si impegna a fornire al delegato tutte le informazioni e i documenti necessari per lo svolgimento della procedura.</w:t>
      </w:r>
    </w:p>
    <w:p/>
    <w:p>
      <w:r>
        <w:rPr>
          <w:b w:val="0"/>
          <w:sz w:val="20"/>
        </w:rPr>
        <w:t>Il delegato, a sua volta, si impegna a rappresentare con diligenza e correttezza il delegante nella procedura di conciliazione ai sensi della normativa vigente.</w:t>
      </w:r>
    </w:p>
    <w:p/>
    <w:p>
      <w:r>
        <w:rPr>
          <w:b/>
          <w:sz w:val="20"/>
        </w:rPr>
        <w:t>Informativa privacy ai sensi del Regolamento UE 2016/679 (GDPR):</w:t>
      </w:r>
    </w:p>
    <w:p>
      <w:r>
        <w:rPr>
          <w:b w:val="0"/>
          <w:sz w:val="20"/>
        </w:rPr>
        <w:t>I dati personali forniti con la presente delega saranno trattati esclusivamente per le finalità connesse alla procedura di conciliazione ARERA, nel rispetto della normativa vigente in materia di protezione dei dati personali.</w:t>
      </w:r>
    </w:p>
    <w:p/>
    <w:p>
      <w:r>
        <w:rPr>
          <w:b w:val="0"/>
          <w:sz w:val="20"/>
        </w:rPr>
        <w:t>Luogo : ___________________________________________</w:t>
      </w:r>
    </w:p>
    <w:p>
      <w:r>
        <w:rPr>
          <w:b w:val="0"/>
          <w:sz w:val="20"/>
        </w:rPr>
        <w:t>Firma del delegante : 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DELEGANTE</w:t>
            </w:r>
          </w:p>
        </w:tc>
        <w:tc>
          <w:tcPr>
            <w:tcW w:type="dxa" w:w="4986"/>
            <w:tcBorders>
              <w:top w:val="nil"/>
              <w:left w:val="nil"/>
              <w:bottom w:val="nil"/>
              <w:right w:val="nil"/>
              <w:insideH w:val="nil"/>
              <w:insideV w:val="nil"/>
            </w:tcBorders>
          </w:tcPr>
          <w:p>
            <w:pPr>
              <w:jc w:val="center"/>
            </w:pPr>
            <w:r>
              <w:t>DELEGATO</w:t>
            </w:r>
          </w:p>
        </w:tc>
      </w:tr>
      <w:tr>
        <w:tc>
          <w:tcPr>
            <w:tcW w:type="dxa" w:w="4986"/>
            <w:tcBorders>
              <w:top w:val="nil"/>
              <w:left w:val="nil"/>
              <w:bottom w:val="nil"/>
              <w:right w:val="nil"/>
              <w:insideH w:val="nil"/>
              <w:insideV w:val="nil"/>
            </w:tcBorders>
          </w:tcPr>
          <w:p>
            <w:pPr>
              <w:jc w:val="center"/>
            </w:pPr>
            <w:r>
              <w:br/>
              <w:br/>
              <w:t>Firma : _________________________</w:t>
            </w:r>
          </w:p>
        </w:tc>
        <w:tc>
          <w:tcPr>
            <w:tcW w:type="dxa" w:w="4986"/>
            <w:tcBorders>
              <w:top w:val="nil"/>
              <w:left w:val="nil"/>
              <w:bottom w:val="nil"/>
              <w:right w:val="nil"/>
              <w:insideH w:val="nil"/>
              <w:insideV w:val="nil"/>
            </w:tcBorders>
          </w:tcPr>
          <w:p>
            <w:pPr>
              <w:jc w:val="center"/>
            </w:pPr>
            <w:r>
              <w:br/>
              <w:br/>
              <w:t>Firma : _________________________</w:t>
            </w:r>
          </w:p>
        </w:tc>
      </w:tr>
      <w:tr>
        <w:tc>
          <w:tcPr>
            <w:tcW w:type="dxa" w:w="4986"/>
            <w:tcBorders>
              <w:top w:val="nil"/>
              <w:left w:val="nil"/>
              <w:bottom w:val="nil"/>
              <w:right w:val="nil"/>
              <w:insideH w:val="nil"/>
              <w:insideV w:val="nil"/>
            </w:tcBorders>
          </w:tcPr>
          <w:p>
            <w:pPr>
              <w:jc w:val="center"/>
            </w:pPr>
            <w:r>
              <w:t>Nome : ________________________________</w:t>
            </w:r>
          </w:p>
        </w:tc>
        <w:tc>
          <w:tcPr>
            <w:tcW w:type="dxa" w:w="4986"/>
            <w:tcBorders>
              <w:top w:val="nil"/>
              <w:left w:val="nil"/>
              <w:bottom w:val="nil"/>
              <w:right w:val="nil"/>
              <w:insideH w:val="nil"/>
              <w:insideV w:val="nil"/>
            </w:tcBorders>
          </w:tcPr>
          <w:p>
            <w:pPr>
              <w:jc w:val="center"/>
            </w:pPr>
            <w:r>
              <w:t>Nome : ________________________________</w:t>
            </w:r>
          </w:p>
        </w:tc>
      </w:tr>
    </w:tbl>
    <w:p>
      <w:r>
        <w:br w:type="page"/>
      </w:r>
    </w:p>
    <w:p>
      <w:pPr>
        <w:jc w:val="center"/>
      </w:pPr>
      <w:r>
        <w:rPr>
          <w:color w:val="555555"/>
          <w:sz w:val="24"/>
        </w:rPr>
        <w:t>Fonte originale di questo documento:</w:t>
      </w:r>
    </w:p>
    <w:p>
      <w:pPr>
        <w:jc w:val="center"/>
      </w:pPr>
      <w:hyperlink r:id="rId9">
        <w:r>
          <w:rPr>
            <w:color w:val="0000FF"/>
            <w:u w:val="single"/>
          </w:rPr>
          <w:t>https://documenti-esperti.com/modulo-delega-conciliazione-arera/</w:t>
        </w:r>
      </w:hyperlink>
    </w:p>
    <w:p>
      <w:pPr>
        <w:jc w:val="center"/>
      </w:pPr>
      <w:r>
        <w:rPr>
          <w:color w:val="555555"/>
          <w:sz w:val="26"/>
        </w:rPr>
        <w:t>Questo modello ti è stato utile?</w:t>
      </w:r>
    </w:p>
    <w:p>
      <w:pPr>
        <w:jc w:val="center"/>
      </w:pPr>
      <w:r>
        <w:rPr>
          <w:color w:val="555555"/>
          <w:sz w:val="26"/>
        </w:rPr>
        <w:t>Trova altri modelli aggiornati su:</w:t>
      </w:r>
    </w:p>
    <w:p>
      <w:pPr>
        <w:jc w:val="center"/>
      </w:pPr>
      <w:hyperlink r:id="rId10">
        <w:r>
          <w:rPr>
            <w:color w:val="0000FF"/>
            <w:u w:val="single"/>
          </w:rPr>
          <w:t>https://documenti-esperti.com</w:t>
        </w:r>
      </w:hyperlink>
    </w:p>
    <w:p>
      <w:pPr>
        <w:jc w:val="center"/>
      </w:pPr>
      <w:r>
        <w:rPr>
          <w:color w:val="808080"/>
          <w:sz w:val="20"/>
        </w:rPr>
        <w:t>Questo modello è destinato esclusivamente a un uso personale e non commerciale.</w:t>
        <w:br/>
        <w:t>Qualsiasi diffusione o pubblicazione deve citare obbligatoriamente la fonte. © documenti-esperti.com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umenti-esperti.com/modulo-delega-conciliazione-arera/" TargetMode="External"/><Relationship Id="rId10" Type="http://schemas.openxmlformats.org/officeDocument/2006/relationships/hyperlink" Target="https://documenti-esperti.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