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MODULO DELEGA PER ISEE - POSTE ITALIANE</w:t>
      </w:r>
    </w:p>
    <w:p/>
    <w:p/>
    <w:p>
      <w:r>
        <w:rPr>
          <w:b w:val="0"/>
          <w:sz w:val="20"/>
        </w:rPr>
        <w:t>Il sottoscritto/a,</w:t>
      </w:r>
    </w:p>
    <w:p>
      <w:r>
        <w:rPr>
          <w:b w:val="0"/>
          <w:sz w:val="20"/>
        </w:rPr>
        <w:t>Nome e Cognome : _______________________________________________</w:t>
      </w:r>
    </w:p>
    <w:p>
      <w:r>
        <w:rPr>
          <w:b w:val="0"/>
          <w:sz w:val="20"/>
        </w:rPr>
        <w:t>Codice Fiscale : ________________________________________________</w:t>
      </w:r>
    </w:p>
    <w:p>
      <w:r>
        <w:rPr>
          <w:b w:val="0"/>
          <w:sz w:val="20"/>
        </w:rPr>
        <w:t>Data di nascita : ________________________________________________</w:t>
      </w:r>
    </w:p>
    <w:p>
      <w:r>
        <w:rPr>
          <w:b w:val="0"/>
          <w:sz w:val="20"/>
        </w:rPr>
        <w:t>Luogo di nascita : _______________________________________________</w:t>
      </w:r>
    </w:p>
    <w:p>
      <w:r>
        <w:rPr>
          <w:b w:val="0"/>
          <w:sz w:val="20"/>
        </w:rPr>
        <w:t>Residenza (indirizzo completo) : ________________________________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 w:val="0"/>
          <w:sz w:val="20"/>
        </w:rPr>
        <w:t>delego con la presente il Sig./la Sig.ra,</w:t>
      </w:r>
    </w:p>
    <w:p>
      <w:r>
        <w:rPr>
          <w:b w:val="0"/>
          <w:sz w:val="20"/>
        </w:rPr>
        <w:t>Nome e Cognome del delegato : ___________________________________</w:t>
      </w:r>
    </w:p>
    <w:p>
      <w:r>
        <w:rPr>
          <w:b w:val="0"/>
          <w:sz w:val="20"/>
        </w:rPr>
        <w:t>Codice Fiscale del delegato : ____________________________________</w:t>
      </w:r>
    </w:p>
    <w:p>
      <w:r>
        <w:rPr>
          <w:b w:val="0"/>
          <w:sz w:val="20"/>
        </w:rPr>
        <w:t>Data di nascita del delegato : ____________________________________</w:t>
      </w:r>
    </w:p>
    <w:p>
      <w:r>
        <w:rPr>
          <w:b w:val="0"/>
          <w:sz w:val="20"/>
        </w:rPr>
        <w:t>Luogo di nascita del delegato : ___________________________________</w:t>
      </w:r>
    </w:p>
    <w:p>
      <w:r>
        <w:rPr>
          <w:b w:val="0"/>
          <w:sz w:val="20"/>
        </w:rPr>
        <w:t>Residenza del delegato (indirizzo completo) : _____________________</w:t>
      </w:r>
    </w:p>
    <w:p>
      <w:r>
        <w:rPr>
          <w:b w:val="0"/>
          <w:sz w:val="20"/>
        </w:rPr>
        <w:t>________________________________________________________________</w:t>
      </w:r>
    </w:p>
    <w:p/>
    <w:p>
      <w:r>
        <w:rPr>
          <w:b w:val="0"/>
          <w:sz w:val="20"/>
        </w:rPr>
        <w:t>a richiedere e ritirare, presso gli uffici di Poste Italiane e altri enti competenti,</w:t>
      </w:r>
    </w:p>
    <w:p>
      <w:r>
        <w:rPr>
          <w:b w:val="0"/>
          <w:sz w:val="20"/>
        </w:rPr>
        <w:t>l’attestazione ISEE relativa al nucleo familiare del delegante, ai sensi del D.Lgs. 31 marzo 1998, n. 109 e successive modifiche,</w:t>
      </w:r>
    </w:p>
    <w:p>
      <w:r>
        <w:rPr>
          <w:b w:val="0"/>
          <w:sz w:val="20"/>
        </w:rPr>
        <w:t>nonché a firmare ogni documento necessario allo svolgimento di tale procedura.</w:t>
      </w:r>
    </w:p>
    <w:p/>
    <w:p>
      <w:r>
        <w:rPr>
          <w:b/>
          <w:sz w:val="20"/>
        </w:rPr>
        <w:t>DICHIARAZIONI DEL DELEGANTE</w:t>
      </w:r>
    </w:p>
    <w:p>
      <w:r>
        <w:rPr>
          <w:b w:val="0"/>
          <w:sz w:val="20"/>
        </w:rPr>
        <w:t>1. Autorizzo il trattamento dei miei dati personali ai sensi del Regolamento UE 2016/679 (GDPR) esclusivamente per le finalità connesse alla presente delega.</w:t>
      </w:r>
    </w:p>
    <w:p>
      <w:r>
        <w:rPr>
          <w:b w:val="0"/>
          <w:sz w:val="20"/>
        </w:rPr>
        <w:t>2. Sono consapevole che il delegato agirà in mio nome e per mio conto esclusivamente per la richiesta e il ritiro dell’attestazione ISEE.</w:t>
      </w:r>
    </w:p>
    <w:p>
      <w:r>
        <w:rPr>
          <w:b w:val="0"/>
          <w:sz w:val="20"/>
        </w:rPr>
        <w:t>3. Dispongo che la presente delega abbia validità esclusivamente per la richiesta ISEE corrente e non per altre pratiche.</w:t>
      </w:r>
    </w:p>
    <w:p/>
    <w:p>
      <w:r>
        <w:rPr>
          <w:b/>
          <w:sz w:val="20"/>
        </w:rPr>
        <w:t>DICHIARAZIONI DEL DELEGATO</w:t>
      </w:r>
    </w:p>
    <w:p>
      <w:r>
        <w:rPr>
          <w:b w:val="0"/>
          <w:sz w:val="20"/>
        </w:rPr>
        <w:t>1. Il sottoscritto delegato accetta la delega con la responsabilità di operare in conformità alle disposizioni vigenti.</w:t>
      </w:r>
    </w:p>
    <w:p>
      <w:r>
        <w:rPr>
          <w:b w:val="0"/>
          <w:sz w:val="20"/>
        </w:rPr>
        <w:t>2. Si impegna a utilizzare i dati esclusivamente per le finalità indicate dalla presente delega e a rispettare la normativa sulla privacy.</w:t>
      </w:r>
    </w:p>
    <w:p/>
    <w:p>
      <w:r>
        <w:rPr>
          <w:b/>
          <w:sz w:val="20"/>
        </w:rPr>
        <w:t>DOCUMENTI ALLEGATI (in copia)</w:t>
      </w:r>
    </w:p>
    <w:p>
      <w:r>
        <w:rPr>
          <w:b w:val="0"/>
          <w:sz w:val="20"/>
        </w:rPr>
        <w:t>- Documento di identità valido del delegante</w:t>
      </w:r>
    </w:p>
    <w:p>
      <w:r>
        <w:rPr>
          <w:b w:val="0"/>
          <w:sz w:val="20"/>
        </w:rPr>
        <w:t>- Documento di identità valido del delegato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e Cognome: ____________________</w:t>
            </w:r>
          </w:p>
        </w:tc>
      </w:tr>
    </w:tbl>
    <w:p/>
    <w:p/>
    <w:p>
      <w:r>
        <w:rPr>
          <w:b/>
          <w:sz w:val="20"/>
        </w:rPr>
        <w:t>Informativa Privacy ai sensi dell’art. 13 Regolamento UE 2016/679 (GDPR):</w:t>
      </w:r>
    </w:p>
    <w:p>
      <w:r>
        <w:rPr>
          <w:b w:val="0"/>
          <w:sz w:val="20"/>
        </w:rPr>
        <w:t>I dati personali raccolti con la presente delega saranno trattati esclusivamente per l’esecuzione della richiesta ISEE e saranno conservati secondo le disposizioni di legge. Il delegante ha diritto di accesso, rettifica, cancellazione e opposizione ai sensi del Regolamento suddetto.</w:t>
      </w:r>
    </w:p>
    <w:p/>
    <w:p/>
    <w:p>
      <w:r>
        <w:rPr>
          <w:b w:val="0"/>
          <w:sz w:val="20"/>
        </w:rPr>
        <w:t>Luogo : _____________________________________________</w:t>
      </w:r>
    </w:p>
    <w:p>
      <w:r>
        <w:rPr>
          <w:b w:val="0"/>
          <w:sz w:val="20"/>
        </w:rPr>
        <w:t>Firma del delegante : ________________________________</w:t>
      </w:r>
    </w:p>
    <w:p>
      <w:r>
        <w:rPr>
          <w:b w:val="0"/>
          <w:sz w:val="20"/>
        </w:rPr>
        <w:t>Firma del delegato : 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https://documenti-esperti.com/modulo-delega-per-isee-poste-italiane/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ulo-delega-per-isee-poste-italiane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