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DELEGA PER VISITA MEDICA</w:t>
      </w:r>
    </w:p>
    <w:p/>
    <w:p/>
    <w:p>
      <w:r>
        <w:rPr>
          <w:b/>
          <w:sz w:val="20"/>
        </w:rPr>
        <w:t>Il/La sottoscritto/a:</w:t>
      </w:r>
    </w:p>
    <w:p>
      <w:r>
        <w:rPr>
          <w:b w:val="0"/>
          <w:sz w:val="20"/>
        </w:rPr>
        <w:t>Nome e Cognome : ____________________________________________________</w:t>
      </w:r>
    </w:p>
    <w:p>
      <w:r>
        <w:rPr>
          <w:b w:val="0"/>
          <w:sz w:val="20"/>
        </w:rPr>
        <w:t>Codice Fiscale : ____________________________________________________</w:t>
      </w:r>
    </w:p>
    <w:p>
      <w:r>
        <w:rPr>
          <w:b w:val="0"/>
          <w:sz w:val="20"/>
        </w:rPr>
        <w:t>Data di nascita : ____________________________________________________</w:t>
      </w:r>
    </w:p>
    <w:p>
      <w:r>
        <w:rPr>
          <w:b w:val="0"/>
          <w:sz w:val="20"/>
        </w:rPr>
        <w:t>Residenza : _________________________________________________________</w:t>
      </w:r>
    </w:p>
    <w:p/>
    <w:p>
      <w:r>
        <w:rPr>
          <w:b/>
          <w:sz w:val="20"/>
        </w:rPr>
        <w:t>DELEGA</w:t>
      </w:r>
    </w:p>
    <w:p>
      <w:r>
        <w:rPr>
          <w:b/>
          <w:sz w:val="20"/>
        </w:rPr>
        <w:t>Con la presente, il/la sottoscritto/a autorizza il/la Sig./Sig.ra:</w:t>
      </w:r>
    </w:p>
    <w:p>
      <w:r>
        <w:rPr>
          <w:b w:val="0"/>
          <w:sz w:val="20"/>
        </w:rPr>
        <w:t>Nome e Cognome del delegato : ________________________________________</w:t>
      </w:r>
    </w:p>
    <w:p>
      <w:r>
        <w:rPr>
          <w:b w:val="0"/>
          <w:sz w:val="20"/>
        </w:rPr>
        <w:t>Codice Fiscale del delegato : ________________________________________</w:t>
      </w:r>
    </w:p>
    <w:p>
      <w:r>
        <w:rPr>
          <w:b w:val="0"/>
          <w:sz w:val="20"/>
        </w:rPr>
        <w:t>Data di nascita del delegato : ________________________________________</w:t>
      </w:r>
    </w:p>
    <w:p>
      <w:r>
        <w:rPr>
          <w:b w:val="0"/>
          <w:sz w:val="20"/>
        </w:rPr>
        <w:t>Residenza del delegato : _____________________________________________</w:t>
      </w:r>
    </w:p>
    <w:p/>
    <w:p>
      <w:r>
        <w:rPr>
          <w:b/>
          <w:sz w:val="20"/>
        </w:rPr>
        <w:t>a presentarsi in nome e per conto del/dei sottoscritto/i presso la struttura sanitaria per effettuare la seguente visita medica: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DICHIARAZIONI</w:t>
      </w:r>
    </w:p>
    <w:p>
      <w:r>
        <w:rPr>
          <w:b w:val="0"/>
          <w:sz w:val="20"/>
        </w:rPr>
        <w:t>Il/La delegante dichiara di essere a conoscenza che il delegato agirà esclusivamente per le finalità sopra indicate e si assume ogni responsabilità relativa ad eventuali conseguenze derivanti dall’uso improprio della presente delega.</w:t>
      </w:r>
    </w:p>
    <w:p/>
    <w:p>
      <w:r>
        <w:rPr>
          <w:b w:val="0"/>
          <w:sz w:val="20"/>
        </w:rPr>
        <w:t>Il/La delegante si impegna a fornire al delegato tutta la documentazione necessaria alla corretta esecuzione della visita medica.</w:t>
      </w:r>
    </w:p>
    <w:p/>
    <w:p>
      <w:r>
        <w:rPr>
          <w:b/>
          <w:sz w:val="20"/>
        </w:rPr>
        <w:t>Clausole finali</w:t>
      </w:r>
    </w:p>
    <w:p>
      <w:r>
        <w:rPr>
          <w:b w:val="0"/>
          <w:sz w:val="20"/>
        </w:rPr>
        <w:t>La presente delega è valida esclusivamente per la visita medica sopra indicata e non può essere utilizzata per altre finalità.</w:t>
      </w:r>
    </w:p>
    <w:p>
      <w:r>
        <w:rPr>
          <w:b w:val="0"/>
          <w:sz w:val="20"/>
        </w:rPr>
        <w:t>Il delegato è tenuto a presentare un documento di identità valido al momento della visita.</w:t>
      </w:r>
    </w:p>
    <w:p>
      <w:r>
        <w:rPr>
          <w:b w:val="0"/>
          <w:sz w:val="20"/>
        </w:rPr>
        <w:t>Qualsiasi modifica o revoca della presente delega dovrà essere comunicata per iscritto alla struttura sanitaria.</w:t>
      </w:r>
    </w:p>
    <w:p/>
    <w:p/>
    <w:p>
      <w:r>
        <w:rPr>
          <w:b w:val="0"/>
          <w:sz w:val="20"/>
        </w:rPr>
        <w:t>Luogo : ________________________________________________</w:t>
      </w:r>
    </w:p>
    <w:p>
      <w:r>
        <w:rPr>
          <w:b w:val="0"/>
          <w:sz w:val="20"/>
        </w:rPr>
        <w:t>Data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https://documenti-esperti.com/modulo-delega-per-visita-medica/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ulo-delega-per-visita-medica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