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DELEGA SPID PER ANZIANI - POSTE ITALIANE</w:t>
      </w:r>
    </w:p>
    <w:p/>
    <w:p/>
    <w:p>
      <w:r>
        <w:rPr>
          <w:b w:val="0"/>
          <w:sz w:val="20"/>
        </w:rPr>
        <w:t>Io sottoscritto/a,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Data di nascita : _________________________________________________</w:t>
      </w:r>
    </w:p>
    <w:p>
      <w:r>
        <w:rPr>
          <w:b w:val="0"/>
          <w:sz w:val="20"/>
        </w:rPr>
        <w:t>Comune di nascita : _______________________________________________</w:t>
      </w:r>
    </w:p>
    <w:p>
      <w:r>
        <w:rPr>
          <w:b w:val="0"/>
          <w:sz w:val="20"/>
        </w:rPr>
        <w:t>Residenza (Indirizzo, CAP, Comune, Provincia) : _____________________</w:t>
      </w:r>
    </w:p>
    <w:p/>
    <w:p>
      <w:r>
        <w:rPr>
          <w:b w:val="0"/>
          <w:sz w:val="20"/>
        </w:rPr>
        <w:t>con la presente delego il Sig./la Sig.ra</w:t>
      </w:r>
    </w:p>
    <w:p>
      <w:r>
        <w:rPr>
          <w:b w:val="0"/>
          <w:sz w:val="20"/>
        </w:rPr>
        <w:t>Nome e Cognome del Delegato : _____________________________________</w:t>
      </w:r>
    </w:p>
    <w:p>
      <w:r>
        <w:rPr>
          <w:b w:val="0"/>
          <w:sz w:val="20"/>
        </w:rPr>
        <w:t>Codice Fiscale del Delegato : _____________________________________</w:t>
      </w:r>
    </w:p>
    <w:p>
      <w:r>
        <w:rPr>
          <w:b w:val="0"/>
          <w:sz w:val="20"/>
        </w:rPr>
        <w:t>Data di nascita del Delegato : _____________________________________</w:t>
      </w:r>
    </w:p>
    <w:p>
      <w:r>
        <w:rPr>
          <w:b w:val="0"/>
          <w:sz w:val="20"/>
        </w:rPr>
        <w:t>Comune di nascita del Delegato : ___________________________________</w:t>
      </w:r>
    </w:p>
    <w:p>
      <w:r>
        <w:rPr>
          <w:b w:val="0"/>
          <w:sz w:val="20"/>
        </w:rPr>
        <w:t>Residenza del Delegato (Indirizzo, CAP, Comune, Provincia) : _______</w:t>
      </w:r>
    </w:p>
    <w:p/>
    <w:p>
      <w:r>
        <w:rPr>
          <w:b w:val="0"/>
          <w:sz w:val="20"/>
        </w:rPr>
        <w:t>a richiedere per mio conto l’identità digitale SPID tramite Poste Italiane,</w:t>
      </w:r>
    </w:p>
    <w:p>
      <w:r>
        <w:rPr>
          <w:b w:val="0"/>
          <w:sz w:val="20"/>
        </w:rPr>
        <w:t>comprendendo tutte le operazioni necessarie per la corretta attivazione e gestione del servizio.</w:t>
      </w:r>
    </w:p>
    <w:p/>
    <w:p>
      <w:r>
        <w:rPr>
          <w:b/>
          <w:sz w:val="22"/>
        </w:rPr>
        <w:t>Dichiarazioni del delegante:</w:t>
      </w:r>
    </w:p>
    <w:p>
      <w:r>
        <w:rPr>
          <w:b w:val="0"/>
          <w:sz w:val="20"/>
        </w:rPr>
        <w:t>1. Sono consapevole che la presente delega è valida esclusivamente per la procedura di richiesta e attivazione dell’identità digitale SPID con Poste Italiane.</w:t>
      </w:r>
    </w:p>
    <w:p>
      <w:r>
        <w:rPr>
          <w:b w:val="0"/>
          <w:sz w:val="20"/>
        </w:rPr>
        <w:t>2. Dichiaro di assumermi ogni responsabilità in merito all’utilizzo che il delegato farà del servizio SPID.</w:t>
      </w:r>
    </w:p>
    <w:p>
      <w:r>
        <w:rPr>
          <w:b w:val="0"/>
          <w:sz w:val="20"/>
        </w:rPr>
        <w:t>3. Autorizzo il trattamento dei miei dati personali ai sensi del Regolamento UE 2016/679 (GDPR) esclusivamente per le finalità connesse alla presente delega e alla richiesta SPID.</w:t>
      </w:r>
    </w:p>
    <w:p/>
    <w:p>
      <w:r>
        <w:rPr>
          <w:b/>
          <w:sz w:val="22"/>
        </w:rPr>
        <w:t>Documenti allegati al presente modulo (da allegare obbligatoriamente):</w:t>
      </w:r>
    </w:p>
    <w:p>
      <w:r>
        <w:rPr>
          <w:b w:val="0"/>
          <w:sz w:val="20"/>
        </w:rPr>
        <w:t>1. Copia del documento di identità in corso di validità del delegante.</w:t>
      </w:r>
    </w:p>
    <w:p>
      <w:r>
        <w:rPr>
          <w:b w:val="0"/>
          <w:sz w:val="20"/>
        </w:rPr>
        <w:t>2. Copia del documento di identità in corso di validità del delegato.</w:t>
      </w:r>
    </w:p>
    <w:p>
      <w:r>
        <w:rPr>
          <w:b w:val="0"/>
          <w:sz w:val="20"/>
        </w:rPr>
        <w:t>3. Codice fiscale del delegante e del delegato (se non presente sul documento d’identità).</w:t>
      </w:r>
    </w:p>
    <w:p/>
    <w:p>
      <w:r>
        <w:rPr>
          <w:b/>
          <w:sz w:val="22"/>
        </w:rPr>
        <w:t>Informativa sulla Privacy ai sensi dell’art. 13 del Regolamento UE 2016/679 (GDPR):</w:t>
      </w:r>
    </w:p>
    <w:p>
      <w:r>
        <w:rPr>
          <w:b w:val="0"/>
          <w:sz w:val="20"/>
        </w:rPr>
        <w:t>I dati personali acquisiti con la presente delega saranno trattati esclusivamente per le finalità connesse alla richiesta e gestione dell’identità digitale SPID tramite Poste Italiane, nel rispetto della normativa vigente e con modalità che garantiscono la sicurezza e la riservatezza degli stessi.</w:t>
      </w:r>
    </w:p>
    <w:p>
      <w:r>
        <w:rPr>
          <w:b w:val="0"/>
          <w:sz w:val="20"/>
        </w:rPr>
        <w:t>Per ulteriori informazioni sul trattamento dei dati, è possibile consultare l’informativa privacy disponibile sul sito ufficiale di Poste Italiane.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/>
    <w:p/>
    <w:p>
      <w:r>
        <w:rPr>
          <w:b w:val="0"/>
          <w:sz w:val="20"/>
        </w:rPr>
        <w:t>Luogo : ____________________________________</w:t>
      </w:r>
    </w:p>
    <w:p>
      <w:r>
        <w:rPr>
          <w:b w:val="0"/>
          <w:sz w:val="20"/>
        </w:rPr>
        <w:t>Firma per accettazione e conferma : 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https://documenti-esperti.com/modulo-delega-spid-per-anziani-poste-italiane/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delega-spid-per-anziani-poste-italian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