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MODULO DI RECESSO PER RIPENSAMENTO</w:t>
      </w:r>
    </w:p>
    <w:p/>
    <w:p/>
    <w:p>
      <w:r>
        <w:rPr>
          <w:b/>
          <w:sz w:val="20"/>
        </w:rPr>
        <w:t>Spett.le</w:t>
      </w:r>
    </w:p>
    <w:p>
      <w:r>
        <w:rPr>
          <w:b w:val="0"/>
          <w:sz w:val="20"/>
        </w:rPr>
        <w:t>Dati del Venditore/Professionista:</w:t>
      </w:r>
    </w:p>
    <w:p>
      <w:r>
        <w:rPr>
          <w:b w:val="0"/>
          <w:sz w:val="20"/>
        </w:rPr>
        <w:t>Nome/Ragione Sociale : ________________________________________________</w:t>
      </w:r>
    </w:p>
    <w:p>
      <w:r>
        <w:rPr>
          <w:b w:val="0"/>
          <w:sz w:val="20"/>
        </w:rPr>
        <w:t>Indirizzo : ____________________________________________________________</w:t>
      </w:r>
    </w:p>
    <w:p>
      <w:r>
        <w:rPr>
          <w:b w:val="0"/>
          <w:sz w:val="20"/>
        </w:rPr>
        <w:t>Telefono : _____________________________________________________________</w:t>
      </w:r>
    </w:p>
    <w:p>
      <w:r>
        <w:rPr>
          <w:b w:val="0"/>
          <w:sz w:val="20"/>
        </w:rPr>
        <w:t>Email : _______________________________________________________________</w:t>
      </w:r>
    </w:p>
    <w:p/>
    <w:p/>
    <w:p>
      <w:r>
        <w:rPr>
          <w:b/>
          <w:sz w:val="20"/>
        </w:rPr>
        <w:t>Dati del Consumatore:</w:t>
      </w:r>
    </w:p>
    <w:p>
      <w:r>
        <w:rPr>
          <w:b w:val="0"/>
          <w:sz w:val="20"/>
        </w:rPr>
        <w:t>Nome e Cognome : _____________________________________________________</w:t>
      </w:r>
    </w:p>
    <w:p>
      <w:r>
        <w:rPr>
          <w:b w:val="0"/>
          <w:sz w:val="20"/>
        </w:rPr>
        <w:t>Indirizzo : ____________________________________________________________</w:t>
      </w:r>
    </w:p>
    <w:p>
      <w:r>
        <w:rPr>
          <w:b w:val="0"/>
          <w:sz w:val="20"/>
        </w:rPr>
        <w:t>Telefono : _____________________________________________________________</w:t>
      </w:r>
    </w:p>
    <w:p>
      <w:r>
        <w:rPr>
          <w:b w:val="0"/>
          <w:sz w:val="20"/>
        </w:rPr>
        <w:t>Email : _______________________________________________________________</w:t>
      </w:r>
    </w:p>
    <w:p/>
    <w:p/>
    <w:p>
      <w:r>
        <w:rPr>
          <w:b/>
          <w:sz w:val="20"/>
        </w:rPr>
        <w:t>Oggetto:</w:t>
      </w:r>
    </w:p>
    <w:p>
      <w:r>
        <w:rPr>
          <w:b w:val="0"/>
          <w:sz w:val="20"/>
        </w:rPr>
        <w:t>Recesso dal contratto di acquisto dei seguenti beni/servizi:</w:t>
      </w:r>
    </w:p>
    <w:p>
      <w:r>
        <w:rPr>
          <w:b w:val="0"/>
          <w:sz w:val="20"/>
        </w:rPr>
        <w:t>Descrizione : __________________________________________________________</w:t>
      </w:r>
    </w:p>
    <w:p>
      <w:r>
        <w:rPr>
          <w:b w:val="0"/>
          <w:sz w:val="20"/>
        </w:rPr>
        <w:t>Quantità : ____________________________________________________________</w:t>
      </w:r>
    </w:p>
    <w:p>
      <w:r>
        <w:rPr>
          <w:b w:val="0"/>
          <w:sz w:val="20"/>
        </w:rPr>
        <w:t>Importo totale pagato : ________________________________________________</w:t>
      </w:r>
    </w:p>
    <w:p/>
    <w:p/>
    <w:p>
      <w:r>
        <w:rPr>
          <w:b/>
          <w:sz w:val="20"/>
        </w:rPr>
        <w:t>Con la presente, ai sensi degli articoli 52 e seguenti del Decreto Legislativo 6 settembre 2005, n. 206 (Codice del Consumo),</w:t>
      </w:r>
    </w:p>
    <w:p>
      <w:r>
        <w:rPr>
          <w:b w:val="0"/>
          <w:sz w:val="20"/>
        </w:rPr>
        <w:t>comunico la mia volontà di recedere dal contratto sopra indicato, senza alcuna penalità e senza specificarne il motivo.</w:t>
      </w:r>
    </w:p>
    <w:p/>
    <w:p/>
    <w:p>
      <w:r>
        <w:rPr>
          <w:b/>
          <w:sz w:val="20"/>
        </w:rPr>
        <w:t>Modalità di restituzione dei beni (se applicabile):</w:t>
      </w:r>
    </w:p>
    <w:p>
      <w:r>
        <w:rPr>
          <w:b w:val="0"/>
          <w:sz w:val="20"/>
        </w:rPr>
        <w:t>Restituirò i beni entro 14 giorni dalla data di comunicazione del recesso al seguente indirizzo:</w:t>
      </w:r>
    </w:p>
    <w:p>
      <w:r>
        <w:rPr>
          <w:b w:val="0"/>
          <w:sz w:val="20"/>
        </w:rPr>
        <w:t>_________________________________________________________________________</w:t>
      </w:r>
    </w:p>
    <w:p>
      <w:r>
        <w:rPr>
          <w:b w:val="0"/>
          <w:sz w:val="20"/>
        </w:rPr>
        <w:t>Le spese dirette di restituzione sono a mio carico/saranno a carico del venditore* (barrare la casella corretta)</w:t>
      </w:r>
    </w:p>
    <w:p/>
    <w:p/>
    <w:p>
      <w:r>
        <w:rPr>
          <w:b/>
          <w:sz w:val="20"/>
        </w:rPr>
        <w:t>Rimborso:</w:t>
      </w:r>
    </w:p>
    <w:p>
      <w:r>
        <w:rPr>
          <w:b w:val="0"/>
          <w:sz w:val="20"/>
        </w:rPr>
        <w:t>Chiedo il rimborso di tutte le somme versate, inclusi i costi di consegna standard, entro 14 giorni dal ricevimento della presente comunicazione di recesso.</w:t>
      </w:r>
    </w:p>
    <w:p>
      <w:r>
        <w:rPr>
          <w:b w:val="0"/>
          <w:sz w:val="20"/>
        </w:rPr>
        <w:t>Il rimborso sarà effettuato utilizzando lo stesso mezzo di pagamento usato per la transazione iniziale, salvo diverso accordo.</w:t>
      </w:r>
    </w:p>
    <w:p/>
    <w:p/>
    <w:p>
      <w:r>
        <w:rPr>
          <w:b/>
          <w:sz w:val="20"/>
        </w:rPr>
        <w:t>Avvertenze:</w:t>
      </w:r>
    </w:p>
    <w:p>
      <w:r>
        <w:rPr>
          <w:b w:val="0"/>
          <w:sz w:val="20"/>
        </w:rPr>
        <w:t>Il diritto di recesso non si applica ai contratti che prevedono servizi pienamente eseguiti con il consenso espresso del consumatore prima della scadenza del termine di recesso,</w:t>
      </w:r>
    </w:p>
    <w:p>
      <w:r>
        <w:rPr>
          <w:b w:val="0"/>
          <w:sz w:val="20"/>
        </w:rPr>
        <w:t>o ai beni confezionati su misura o chiaramente personalizzati secondo le specifiche del consumatore.</w:t>
      </w:r>
    </w:p>
    <w:p/>
    <w:p/>
    <w:p>
      <w:r>
        <w:rPr>
          <w:b/>
          <w:sz w:val="20"/>
        </w:rPr>
        <w:t>Luogo : _____________________________________</w:t>
      </w:r>
    </w:p>
    <w:p>
      <w:r>
        <w:rPr>
          <w:b/>
          <w:sz w:val="20"/>
        </w:rPr>
        <w:t>Firma : 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Consumatore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Venditore/Professionista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t>Firma : 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t>Firma : 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originale di questo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https://documenti-esperti.com/modulo-diritto-di-recesso-per-ripensamento/</w:t>
        </w:r>
      </w:hyperlink>
    </w:p>
    <w:p>
      <w:pPr>
        <w:jc w:val="center"/>
      </w:pPr>
      <w:r>
        <w:rPr>
          <w:color w:val="555555"/>
          <w:sz w:val="26"/>
        </w:rPr>
        <w:t>Questo modello ti è stato utile?</w:t>
      </w:r>
    </w:p>
    <w:p>
      <w:pPr>
        <w:jc w:val="center"/>
      </w:pPr>
      <w:r>
        <w:rPr>
          <w:color w:val="555555"/>
          <w:sz w:val="26"/>
        </w:rPr>
        <w:t>Trova altri modelli aggiornati su: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https://documenti-esperti.com</w:t>
        </w:r>
      </w:hyperlink>
    </w:p>
    <w:p>
      <w:pPr>
        <w:jc w:val="center"/>
      </w:pPr>
      <w:r>
        <w:rPr>
          <w:color w:val="808080"/>
          <w:sz w:val="20"/>
        </w:rPr>
        <w:t>Questo modello è destinato esclusivamente a un uso personale e non commerciale.</w:t>
        <w:br/>
        <w:t>Qualsiasi diffusione o pubblicazione deve citare obbligatoriamente la fonte. © documenti-esperti.com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umenti-esperti.com/modulo-diritto-di-recesso-per-ripensamento/" TargetMode="External"/><Relationship Id="rId10" Type="http://schemas.openxmlformats.org/officeDocument/2006/relationships/hyperlink" Target="https://documenti-esperti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