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DI ESERCIZIO DEL DIRITTO DI RIPENSAMENTO</w:t>
      </w:r>
    </w:p>
    <w:p/>
    <w:p/>
    <w:p>
      <w:r>
        <w:rPr>
          <w:b w:val="0"/>
          <w:sz w:val="20"/>
        </w:rPr>
        <w:t>Il sottoscritto/a, di seguito denominato/a "Contraente",</w:t>
      </w:r>
    </w:p>
    <w:p>
      <w:r>
        <w:rPr>
          <w:b w:val="0"/>
          <w:sz w:val="20"/>
        </w:rPr>
        <w:t>in qualità di consumatore, ai sensi degli artt. 52 e seguenti del Codice del Consumo (D.Lgs. 206/2005),</w:t>
      </w:r>
    </w:p>
    <w:p>
      <w:r>
        <w:rPr>
          <w:b w:val="0"/>
          <w:sz w:val="20"/>
        </w:rPr>
        <w:t>esercita il diritto di ripensamento relativo al contratto di assicurazione stipulato con la Compagnia Assicurativa.</w:t>
      </w:r>
    </w:p>
    <w:p/>
    <w:p>
      <w:r>
        <w:rPr>
          <w:b/>
          <w:sz w:val="20"/>
        </w:rPr>
        <w:t>Dati del Contraente:</w:t>
      </w:r>
    </w:p>
    <w:p>
      <w:r>
        <w:rPr>
          <w:b w:val="0"/>
          <w:sz w:val="20"/>
        </w:rPr>
        <w:t>Nome e Cognome: ______________________________________________________</w:t>
      </w:r>
    </w:p>
    <w:p>
      <w:r>
        <w:rPr>
          <w:b w:val="0"/>
          <w:sz w:val="20"/>
        </w:rPr>
        <w:t>Codice Fiscale: _______________________________________________________</w:t>
      </w:r>
    </w:p>
    <w:p>
      <w:r>
        <w:rPr>
          <w:b w:val="0"/>
          <w:sz w:val="20"/>
        </w:rPr>
        <w:t>Indirizzo: ____________________________________________________________</w:t>
      </w:r>
    </w:p>
    <w:p>
      <w:r>
        <w:rPr>
          <w:b w:val="0"/>
          <w:sz w:val="20"/>
        </w:rPr>
        <w:t>Telefono: _____________________________________________________________</w:t>
      </w:r>
    </w:p>
    <w:p/>
    <w:p>
      <w:r>
        <w:rPr>
          <w:b/>
          <w:sz w:val="20"/>
        </w:rPr>
        <w:t>Dati della Polizza:</w:t>
      </w:r>
    </w:p>
    <w:p>
      <w:r>
        <w:rPr>
          <w:b w:val="0"/>
          <w:sz w:val="20"/>
        </w:rPr>
        <w:t>Numero Polizza: ______________________________________________________</w:t>
      </w:r>
    </w:p>
    <w:p>
      <w:r>
        <w:rPr>
          <w:b w:val="0"/>
          <w:sz w:val="20"/>
        </w:rPr>
        <w:t>Data di Stipula: ______________________________________________________</w:t>
      </w:r>
    </w:p>
    <w:p>
      <w:r>
        <w:rPr>
          <w:b w:val="0"/>
          <w:sz w:val="20"/>
        </w:rPr>
        <w:t>Tipo di Assicurazione: _________________________________________________</w:t>
      </w:r>
    </w:p>
    <w:p/>
    <w:p>
      <w:r>
        <w:rPr>
          <w:b/>
          <w:sz w:val="20"/>
        </w:rPr>
        <w:t>Diritto di Ripensamento:</w:t>
      </w:r>
    </w:p>
    <w:p>
      <w:r>
        <w:rPr>
          <w:b w:val="0"/>
          <w:sz w:val="20"/>
        </w:rPr>
        <w:t>Il Contraente comunica la volontà di esercitare il diritto di ripensamento,</w:t>
      </w:r>
    </w:p>
    <w:p>
      <w:r>
        <w:rPr>
          <w:b w:val="0"/>
          <w:sz w:val="20"/>
        </w:rPr>
        <w:t>conformemente a quanto previsto dall'art. 52 del Codice del Consumo,</w:t>
      </w:r>
    </w:p>
    <w:p>
      <w:r>
        <w:rPr>
          <w:b w:val="0"/>
          <w:sz w:val="20"/>
        </w:rPr>
        <w:t>richiedendo la risoluzione del contratto assicurativo sopra indicato,</w:t>
      </w:r>
    </w:p>
    <w:p>
      <w:r>
        <w:rPr>
          <w:b w:val="0"/>
          <w:sz w:val="20"/>
        </w:rPr>
        <w:t>senza alcuna penalità e senza necessità di indicarne il motivo.</w:t>
      </w:r>
    </w:p>
    <w:p/>
    <w:p>
      <w:r>
        <w:rPr>
          <w:b/>
          <w:sz w:val="20"/>
        </w:rPr>
        <w:t>Effetti e modalità di recesso:</w:t>
      </w:r>
    </w:p>
    <w:p>
      <w:r>
        <w:rPr>
          <w:b w:val="0"/>
          <w:sz w:val="20"/>
        </w:rPr>
        <w:t>Il recesso comporta la cessazione degli effetti del contratto dall'invio della presente dichiarazione,</w:t>
      </w:r>
    </w:p>
    <w:p>
      <w:r>
        <w:rPr>
          <w:b w:val="0"/>
          <w:sz w:val="20"/>
        </w:rPr>
        <w:t>con la restituzione delle somme eventualmente corrisposte dal Contraente,</w:t>
      </w:r>
    </w:p>
    <w:p>
      <w:r>
        <w:rPr>
          <w:b w:val="0"/>
          <w:sz w:val="20"/>
        </w:rPr>
        <w:t>decorrenti dalla data di conclusione del contratto.</w:t>
      </w:r>
    </w:p>
    <w:p>
      <w:r>
        <w:rPr>
          <w:b w:val="0"/>
          <w:sz w:val="20"/>
        </w:rPr>
        <w:t>Il Contraente è tenuto a restituire eventuali documenti relativi alla polizza entro 30 giorni dalla data del recesso.</w:t>
      </w:r>
    </w:p>
    <w:p/>
    <w:p>
      <w:r>
        <w:rPr>
          <w:b/>
          <w:sz w:val="20"/>
        </w:rPr>
        <w:t>Dichiarazione finale:</w:t>
      </w:r>
    </w:p>
    <w:p>
      <w:r>
        <w:rPr>
          <w:b w:val="0"/>
          <w:sz w:val="20"/>
        </w:rPr>
        <w:t>Il sottoscritto dichiara di aver letto e compreso le condizioni previste per l'esercizio del diritto di ripensamento,</w:t>
      </w:r>
    </w:p>
    <w:p>
      <w:r>
        <w:rPr>
          <w:b w:val="0"/>
          <w:sz w:val="20"/>
        </w:rPr>
        <w:t>e di voler procedere con la risoluzione del contratto assicurativo come sopra specificato.</w:t>
      </w:r>
    </w:p>
    <w:p/>
    <w:p/>
    <w:p>
      <w:r>
        <w:rPr>
          <w:b w:val="0"/>
          <w:sz w:val="20"/>
        </w:rPr>
        <w:t>Luogo : ________________________________________________________________</w:t>
      </w:r>
    </w:p>
    <w:p>
      <w:r>
        <w:rPr>
          <w:b w:val="0"/>
          <w:sz w:val="20"/>
        </w:rPr>
        <w:t>Data : 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CONTRAENTE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COMPAGNIA ASSICURATIVA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https://documenti-esperti.com/modulo-diritto-di-ripensamento-assicurazione/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modulo-diritto-di-ripensamento-assicurazione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