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MODULO DI PRESTAZIONE OCCASIONALE DJ</w:t>
      </w:r>
    </w:p>
    <w:p/>
    <w:p/>
    <w:p>
      <w:r>
        <w:rPr>
          <w:b/>
          <w:sz w:val="20"/>
        </w:rPr>
        <w:t>TRA</w:t>
      </w:r>
    </w:p>
    <w:p>
      <w:r>
        <w:rPr>
          <w:b/>
          <w:sz w:val="20"/>
        </w:rPr>
        <w:t>Il Committente (di seguito “Committente”):</w:t>
      </w:r>
    </w:p>
    <w:p>
      <w:r>
        <w:rPr>
          <w:b w:val="0"/>
          <w:sz w:val="20"/>
        </w:rPr>
        <w:t>Nome / Ragione Sociale : _____________________________________________</w:t>
      </w:r>
    </w:p>
    <w:p>
      <w:r>
        <w:rPr>
          <w:b w:val="0"/>
          <w:sz w:val="20"/>
        </w:rPr>
        <w:t>Codice Fiscale / Partita IVA : _________________________________________</w:t>
      </w:r>
    </w:p>
    <w:p>
      <w:r>
        <w:rPr>
          <w:b w:val="0"/>
          <w:sz w:val="20"/>
        </w:rPr>
        <w:t>Indirizzo : ___________________________________________________________</w:t>
      </w:r>
    </w:p>
    <w:p>
      <w:r>
        <w:rPr>
          <w:b w:val="0"/>
          <w:sz w:val="20"/>
        </w:rPr>
        <w:t>Telefono : ____________________________________________________________</w:t>
      </w:r>
    </w:p>
    <w:p>
      <w:r>
        <w:rPr>
          <w:b w:val="0"/>
          <w:sz w:val="20"/>
        </w:rPr>
        <w:t>Email : _______________________________________________________________</w:t>
      </w:r>
    </w:p>
    <w:p/>
    <w:p>
      <w:r>
        <w:rPr>
          <w:b/>
          <w:sz w:val="20"/>
        </w:rPr>
        <w:t>E</w:t>
      </w:r>
    </w:p>
    <w:p>
      <w:r>
        <w:rPr>
          <w:b/>
          <w:sz w:val="20"/>
        </w:rPr>
        <w:t>Il Prestatore Occasionale (di seguito “Prestator e”):</w:t>
      </w:r>
    </w:p>
    <w:p>
      <w:r>
        <w:rPr>
          <w:b w:val="0"/>
          <w:sz w:val="20"/>
        </w:rPr>
        <w:t>Nome e Cognome : _____________________________________________________</w:t>
      </w:r>
    </w:p>
    <w:p>
      <w:r>
        <w:rPr>
          <w:b w:val="0"/>
          <w:sz w:val="20"/>
        </w:rPr>
        <w:t>Codice Fiscale : ______________________________________________________</w:t>
      </w:r>
    </w:p>
    <w:p>
      <w:r>
        <w:rPr>
          <w:b w:val="0"/>
          <w:sz w:val="20"/>
        </w:rPr>
        <w:t>Data di nascita : _____________________________________________________</w:t>
      </w:r>
    </w:p>
    <w:p>
      <w:r>
        <w:rPr>
          <w:b w:val="0"/>
          <w:sz w:val="20"/>
        </w:rPr>
        <w:t>Residenza : ___________________________________________________________</w:t>
      </w:r>
    </w:p>
    <w:p>
      <w:r>
        <w:rPr>
          <w:b w:val="0"/>
          <w:sz w:val="20"/>
        </w:rPr>
        <w:t>Telefono : ____________________________________________________________</w:t>
      </w:r>
    </w:p>
    <w:p>
      <w:r>
        <w:rPr>
          <w:b w:val="0"/>
          <w:sz w:val="20"/>
        </w:rPr>
        <w:t>Email : _______________________________________________________________</w:t>
      </w:r>
    </w:p>
    <w:p/>
    <w:p/>
    <w:p>
      <w:r>
        <w:rPr>
          <w:b/>
          <w:sz w:val="20"/>
        </w:rPr>
        <w:t>PREMESSO CHE</w:t>
      </w:r>
    </w:p>
    <w:p>
      <w:r>
        <w:rPr>
          <w:b/>
          <w:sz w:val="20"/>
        </w:rPr>
        <w:t>a) Il Committente necessita di una prestazione lavorativa di natura occasionale e di breve durata;</w:t>
      </w:r>
    </w:p>
    <w:p>
      <w:r>
        <w:rPr>
          <w:b/>
          <w:sz w:val="20"/>
        </w:rPr>
        <w:t>b) Il Prestatore Occasionale possiede le competenze e l’esperienza per svolgere l’attività di DJ;</w:t>
      </w:r>
    </w:p>
    <w:p>
      <w:r>
        <w:rPr>
          <w:b/>
          <w:sz w:val="20"/>
        </w:rPr>
        <w:t>c) Le parti intendono formalizzare il rapporto di collaborazione occasionalmente senza instaurare un rapporto di lavoro subordinato;</w:t>
      </w:r>
    </w:p>
    <w:p/>
    <w:p/>
    <w:p>
      <w:r>
        <w:rPr>
          <w:b/>
          <w:sz w:val="20"/>
        </w:rPr>
        <w:t>ARTICOLO 1 – OGGETTO DELLA PRESTAZIONE</w:t>
      </w:r>
    </w:p>
    <w:p>
      <w:r>
        <w:rPr>
          <w:b w:val="0"/>
          <w:sz w:val="20"/>
        </w:rPr>
        <w:t>Il Committente incarica il Prestatore Occasionale di svolgere, in via del tutto occasionale e senza vincolo di subordinazione, l’attività di DJ durante gli eventi o manifestazioni indicate dal Committente. Il Prestatore si impegna a eseguire la prestazione con diligenza e professionalità, nel rispetto delle indicazioni concordate.</w:t>
      </w:r>
    </w:p>
    <w:p/>
    <w:p>
      <w:r>
        <w:rPr>
          <w:b/>
          <w:sz w:val="20"/>
        </w:rPr>
        <w:t>ARTICOLO 2 – DURATA E LUOGO DELLA PRESTAZIONE</w:t>
      </w:r>
    </w:p>
    <w:p>
      <w:r>
        <w:rPr>
          <w:b w:val="0"/>
          <w:sz w:val="20"/>
        </w:rPr>
        <w:t>La prestazione avrà luogo presso: ________________________________________________.</w:t>
        <w:br/>
        <w:t>La durata complessiva della prestazione non potrà superare le 30 giornate lavorative nell’arco dell’anno solare, nel rispetto dei limiti previsti dalla normativa vigente in materia di prestazioni occasionali.</w:t>
      </w:r>
    </w:p>
    <w:p/>
    <w:p>
      <w:r>
        <w:rPr>
          <w:b/>
          <w:sz w:val="20"/>
        </w:rPr>
        <w:t>ARTICOLO 3 – CORRISPETTIVO E MODALITÀ DI PAGAMENTO</w:t>
      </w:r>
    </w:p>
    <w:p>
      <w:r>
        <w:rPr>
          <w:b w:val="0"/>
          <w:sz w:val="20"/>
        </w:rPr>
        <w:t>Il Committente corrisponderà al Prestatore Occasionale un compenso lordo complessivo pari a € __________ (euro _______________), per l’intera prestazione occasionale svolta.</w:t>
        <w:br/>
        <w:t>Il pagamento sarà effettuato entro e non oltre 30 giorni dal termine della prestazione, previa presentazione della ricevuta di prestazione occasionale o del modello F24 attestante il versamento dei contributi previdenziali e fiscali a carico del Prestatore.</w:t>
      </w:r>
    </w:p>
    <w:p/>
    <w:p>
      <w:r>
        <w:rPr>
          <w:b/>
          <w:sz w:val="20"/>
        </w:rPr>
        <w:t>ARTICOLO 4 – OBBLIGHI FISCALI E CONTRIBUTIVI</w:t>
      </w:r>
    </w:p>
    <w:p>
      <w:r>
        <w:rPr>
          <w:b w:val="0"/>
          <w:sz w:val="20"/>
        </w:rPr>
        <w:t>Il Prestatore Occasionale è tenuto ad adempiere agli obblighi fiscali e contributivi previsti dalla legge, compreso il versamento del contributo previdenziale presso la Gestione Separata INPS, nonché al pagamento delle imposte dovute in relazione al compenso percepito.</w:t>
        <w:br/>
        <w:t>Il Committente non assume alcuna responsabilità per il mancato adempimento da parte del Prestatore di tali obblighi.</w:t>
      </w:r>
    </w:p>
    <w:p/>
    <w:p>
      <w:r>
        <w:rPr>
          <w:b/>
          <w:sz w:val="20"/>
        </w:rPr>
        <w:t>ARTICOLO 5 – ASSENZA DI RAPPORTO DI LAVORO SUBORDINATO</w:t>
      </w:r>
    </w:p>
    <w:p>
      <w:r>
        <w:rPr>
          <w:b w:val="0"/>
          <w:sz w:val="20"/>
        </w:rPr>
        <w:t>Le parti dichiarano che il presente accordo non configura un rapporto di lavoro subordinato, ma un’attività di collaborazione occasionale e autonoma. Il Prestatore non potrà quindi vantare alcun diritto tipico del rapporto di lavoro subordinato, né potrà pretendere trattamenti economici o normativi diversi da quelli qui espressamente previsti.</w:t>
      </w:r>
    </w:p>
    <w:p/>
    <w:p>
      <w:r>
        <w:rPr>
          <w:b/>
          <w:sz w:val="20"/>
        </w:rPr>
        <w:t>ARTICOLO 6 – RISERVATEZZA</w:t>
      </w:r>
    </w:p>
    <w:p>
      <w:r>
        <w:rPr>
          <w:b w:val="0"/>
          <w:sz w:val="20"/>
        </w:rPr>
        <w:t>Il Prestatore si impegna a mantenere riservate tutte le informazioni, dati e materiali di cui verrà eventualmente a conoscenza in relazione alla prestazione svolta, anche dopo la cessazione del presente accordo.</w:t>
      </w:r>
    </w:p>
    <w:p/>
    <w:p>
      <w:r>
        <w:rPr>
          <w:b/>
          <w:sz w:val="20"/>
        </w:rPr>
        <w:t>ARTICOLO 7 – RESPONSABILITÀ</w:t>
      </w:r>
    </w:p>
    <w:p>
      <w:r>
        <w:rPr>
          <w:b w:val="0"/>
          <w:sz w:val="20"/>
        </w:rPr>
        <w:t>Il Prestatore si assume ogni responsabilità civile e penale derivante dalla propria attività, manlevando il Committente da qualsiasi pretesa, danno, perdita o onere che dovesse derivare dall’esecuzione della prestazione.</w:t>
      </w:r>
    </w:p>
    <w:p/>
    <w:p>
      <w:r>
        <w:rPr>
          <w:b/>
          <w:sz w:val="20"/>
        </w:rPr>
        <w:t>ARTICOLO 8 – RISOLUZIONE DEL CONTRATTO</w:t>
      </w:r>
    </w:p>
    <w:p>
      <w:r>
        <w:rPr>
          <w:b w:val="0"/>
          <w:sz w:val="20"/>
        </w:rPr>
        <w:t>Il presente accordo può essere risolto da entrambe le parti in qualsiasi momento, mediante comunicazione scritta. In caso di risoluzione anticipata, il Prestatore avrà diritto al compenso per le prestazioni già eseguite.</w:t>
      </w:r>
    </w:p>
    <w:p/>
    <w:p>
      <w:r>
        <w:rPr>
          <w:b/>
          <w:sz w:val="20"/>
        </w:rPr>
        <w:t>ARTICOLO 9 – FORO COMPETENTE</w:t>
      </w:r>
    </w:p>
    <w:p>
      <w:r>
        <w:rPr>
          <w:b w:val="0"/>
          <w:sz w:val="20"/>
        </w:rPr>
        <w:t>Per qualsiasi controversia relativa all’interpretazione, esecuzione o risoluzione del presente accordo, sarà competente in via esclusiva il Foro di _______________.</w:t>
      </w:r>
    </w:p>
    <w:p/>
    <w:p/>
    <w:p>
      <w:r>
        <w:rPr>
          <w:b w:val="0"/>
          <w:sz w:val="20"/>
        </w:rPr>
        <w:t>Luogo : _________________________________________________________________</w:t>
      </w:r>
    </w:p>
    <w:p>
      <w:r>
        <w:rPr>
          <w:b w:val="0"/>
          <w:sz w:val="20"/>
        </w:rPr>
        <w:t>Data : 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COMMITTENTE</w:t>
            </w:r>
          </w:p>
        </w:tc>
        <w:tc>
          <w:tcPr>
            <w:tcW w:type="dxa" w:w="4986"/>
            <w:tcBorders>
              <w:top w:val="nil"/>
              <w:left w:val="nil"/>
              <w:bottom w:val="nil"/>
              <w:right w:val="nil"/>
              <w:insideH w:val="nil"/>
              <w:insideV w:val="nil"/>
            </w:tcBorders>
          </w:tcPr>
          <w:p>
            <w:pPr>
              <w:jc w:val="center"/>
            </w:pPr>
            <w:r>
              <w:t>PRESTATORE OCCASIONALE</w:t>
            </w:r>
          </w:p>
        </w:tc>
      </w:tr>
      <w:tr>
        <w:tc>
          <w:tcPr>
            <w:tcW w:type="dxa" w:w="4986"/>
            <w:tcBorders>
              <w:top w:val="nil"/>
              <w:left w:val="nil"/>
              <w:bottom w:val="nil"/>
              <w:right w:val="nil"/>
              <w:insideH w:val="nil"/>
              <w:insideV w:val="nil"/>
            </w:tcBorders>
          </w:tcPr>
          <w:p>
            <w:pPr>
              <w:jc w:val="center"/>
            </w:pPr>
            <w:r>
              <w:br/>
              <w:br/>
              <w:t>Firma : _________________________</w:t>
            </w:r>
          </w:p>
        </w:tc>
        <w:tc>
          <w:tcPr>
            <w:tcW w:type="dxa" w:w="4986"/>
            <w:tcBorders>
              <w:top w:val="nil"/>
              <w:left w:val="nil"/>
              <w:bottom w:val="nil"/>
              <w:right w:val="nil"/>
              <w:insideH w:val="nil"/>
              <w:insideV w:val="nil"/>
            </w:tcBorders>
          </w:tcPr>
          <w:p>
            <w:pPr>
              <w:jc w:val="center"/>
            </w:pPr>
            <w:r>
              <w:br/>
              <w:br/>
              <w:t>Firma : _________________________</w:t>
            </w:r>
          </w:p>
        </w:tc>
      </w:tr>
      <w:tr>
        <w:tc>
          <w:tcPr>
            <w:tcW w:type="dxa" w:w="4986"/>
            <w:tcBorders>
              <w:top w:val="nil"/>
              <w:left w:val="nil"/>
              <w:bottom w:val="nil"/>
              <w:right w:val="nil"/>
              <w:insideH w:val="nil"/>
              <w:insideV w:val="nil"/>
            </w:tcBorders>
          </w:tcPr>
          <w:p>
            <w:pPr>
              <w:jc w:val="center"/>
            </w:pPr>
            <w:r>
              <w:t>Nome : ________________________________</w:t>
            </w:r>
          </w:p>
        </w:tc>
        <w:tc>
          <w:tcPr>
            <w:tcW w:type="dxa" w:w="4986"/>
            <w:tcBorders>
              <w:top w:val="nil"/>
              <w:left w:val="nil"/>
              <w:bottom w:val="nil"/>
              <w:right w:val="nil"/>
              <w:insideH w:val="nil"/>
              <w:insideV w:val="nil"/>
            </w:tcBorders>
          </w:tcPr>
          <w:p>
            <w:pPr>
              <w:jc w:val="center"/>
            </w:pPr>
            <w:r>
              <w:t>Nome : ________________________________</w:t>
            </w:r>
          </w:p>
        </w:tc>
      </w:tr>
    </w:tbl>
    <w:p>
      <w:r>
        <w:br w:type="page"/>
      </w:r>
    </w:p>
    <w:p>
      <w:pPr>
        <w:jc w:val="center"/>
      </w:pPr>
      <w:r>
        <w:rPr>
          <w:color w:val="555555"/>
          <w:sz w:val="24"/>
        </w:rPr>
        <w:t>Fonte originale di questo documento:</w:t>
      </w:r>
    </w:p>
    <w:p>
      <w:pPr>
        <w:jc w:val="center"/>
      </w:pPr>
      <w:hyperlink r:id="rId9">
        <w:r>
          <w:rPr>
            <w:color w:val="0000FF"/>
            <w:u w:val="single"/>
          </w:rPr>
          <w:t>https://documenti-esperti.com/modulo-prestazione-occasionale-dj/</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https://documenti-esperti.com</w:t>
        </w:r>
      </w:hyperlink>
    </w:p>
    <w:p>
      <w:pPr>
        <w:jc w:val="center"/>
      </w:pPr>
      <w:r>
        <w:rPr>
          <w:color w:val="808080"/>
          <w:sz w:val="20"/>
        </w:rPr>
        <w:t>Questo modello è destinato esclusivamente a un uso personale e non commerciale.</w:t>
        <w:br/>
        <w:t>Qualsiasi diffusione o pubblicazione deve citare obbligatoriamente la fonte. © documenti-esperti.com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umenti-esperti.com/modulo-prestazione-occasionale-dj/" TargetMode="External"/><Relationship Id="rId10" Type="http://schemas.openxmlformats.org/officeDocument/2006/relationships/hyperlink" Target="https://documenti-espert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