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MODULO DI RECESSO SERVIZIO ELETTRICO NAZIONALE</w:t>
      </w:r>
    </w:p>
    <w:p/>
    <w:p>
      <w:r>
        <w:rPr>
          <w:b/>
          <w:sz w:val="20"/>
        </w:rPr>
        <w:t>DATI DEL CLIENTE</w:t>
      </w:r>
    </w:p>
    <w:p>
      <w:r>
        <w:rPr>
          <w:b w:val="0"/>
          <w:sz w:val="20"/>
        </w:rPr>
        <w:t>Nome e Cognome / Ragione Sociale: _____________________________________________</w:t>
      </w:r>
    </w:p>
    <w:p>
      <w:r>
        <w:rPr>
          <w:b w:val="0"/>
          <w:sz w:val="20"/>
        </w:rPr>
        <w:t>Codice Fiscale / Partita IVA: _________________________________________________</w:t>
      </w:r>
    </w:p>
    <w:p>
      <w:r>
        <w:rPr>
          <w:b w:val="0"/>
          <w:sz w:val="20"/>
        </w:rPr>
        <w:t>Indirizzo di fornitura: ______________________________________________________</w:t>
      </w:r>
    </w:p>
    <w:p>
      <w:r>
        <w:rPr>
          <w:b w:val="0"/>
          <w:sz w:val="20"/>
        </w:rPr>
        <w:t>Codice POD (Punto di Prelievo): _______________________________________________</w:t>
      </w:r>
    </w:p>
    <w:p>
      <w:r>
        <w:rPr>
          <w:b w:val="0"/>
          <w:sz w:val="20"/>
        </w:rPr>
        <w:t>Numero Cliente / Codice Contratto (se disponibile): ____________________________</w:t>
      </w:r>
    </w:p>
    <w:p/>
    <w:p>
      <w:r>
        <w:rPr>
          <w:b/>
          <w:sz w:val="20"/>
        </w:rPr>
        <w:t>DATI DEL FORNITORE</w:t>
      </w:r>
    </w:p>
    <w:p>
      <w:r>
        <w:rPr>
          <w:b w:val="0"/>
          <w:sz w:val="20"/>
        </w:rPr>
        <w:t>Nome Fornitore: Servizio Elettrico Nazionale</w:t>
      </w:r>
    </w:p>
    <w:p>
      <w:r>
        <w:rPr>
          <w:b w:val="0"/>
          <w:sz w:val="20"/>
        </w:rPr>
        <w:t>Indirizzo Sede Legale: Via Lamarmora, 230 – 00184 Roma</w:t>
      </w:r>
    </w:p>
    <w:p>
      <w:r>
        <w:rPr>
          <w:b w:val="0"/>
          <w:sz w:val="20"/>
        </w:rPr>
        <w:t>Numero Verde: 800 900 800</w:t>
      </w:r>
    </w:p>
    <w:p/>
    <w:p>
      <w:r>
        <w:rPr>
          <w:b/>
          <w:sz w:val="20"/>
        </w:rPr>
        <w:t>OGGETTO: RECESSO DAL CONTRATTO DI FORNITURA DI ENERGIA ELETTRICA</w:t>
      </w:r>
    </w:p>
    <w:p/>
    <w:p>
      <w:r>
        <w:rPr>
          <w:b w:val="0"/>
          <w:sz w:val="20"/>
        </w:rPr>
        <w:t>Il/La sottoscritto/a, titolare del contratto di fornitura sopra indicato, con la presente comunica la volontà di recedere dal contratto di fornitura di energia elettrica stipulato con Servizio Elettrico Nazionale, ai sensi dell’art. 5.2 delle condizioni generali di fornitura e delle disposizioni di legge vigenti in materia di tutela dei consumatori.</w:t>
      </w:r>
    </w:p>
    <w:p/>
    <w:p>
      <w:r>
        <w:rPr>
          <w:b w:val="0"/>
          <w:sz w:val="20"/>
        </w:rPr>
        <w:t>Si richiede pertanto la cessazione del servizio a far data dal primo possibile, con la chiusura del punto di prelievo indicato nel Codice POD sopra riportato.</w:t>
      </w:r>
    </w:p>
    <w:p/>
    <w:p>
      <w:r>
        <w:rPr>
          <w:b/>
          <w:sz w:val="20"/>
        </w:rPr>
        <w:t>DICHIARAZIONI DEL CLIENTE</w:t>
      </w:r>
    </w:p>
    <w:p>
      <w:r>
        <w:rPr>
          <w:b w:val="0"/>
          <w:sz w:val="20"/>
        </w:rPr>
        <w:t>Il/La sottoscritto/a dichiara di aver preso visione delle condizioni contrattuali e di essere consapevole degli obblighi e degli effetti del recesso, inclusi i termini per eventuali conguagli o addebiti.</w:t>
      </w:r>
    </w:p>
    <w:p/>
    <w:p>
      <w:r>
        <w:rPr>
          <w:b w:val="0"/>
          <w:sz w:val="20"/>
        </w:rPr>
        <w:t>Il/La sottoscritto/a si impegna a fornire eventuali dati aggiuntivi richiesti per la corretta gestione della cessazione del contratto e della voltura o subentro successivo, se necessario.</w:t>
      </w:r>
    </w:p>
    <w:p/>
    <w:p>
      <w:r>
        <w:rPr>
          <w:b/>
          <w:sz w:val="20"/>
        </w:rPr>
        <w:t>MODALITÀ DI INVIO DEL MODULO</w:t>
      </w:r>
    </w:p>
    <w:p>
      <w:r>
        <w:rPr>
          <w:b w:val="0"/>
          <w:sz w:val="20"/>
        </w:rPr>
        <w:t>Il presente modulo, compilato e sottoscritto, potrà essere inviato a Servizio Elettrico Nazionale tramite una delle seguenti modalità:</w:t>
      </w:r>
    </w:p>
    <w:p>
      <w:r>
        <w:rPr>
          <w:b w:val="0"/>
          <w:sz w:val="20"/>
        </w:rPr>
        <w:t>- Raccomandata A/R all'indirizzo: Servizio Elettrico Nazionale, Via Lamarmora, 230 – 00184 Roma</w:t>
      </w:r>
    </w:p>
    <w:p>
      <w:r>
        <w:rPr>
          <w:b w:val="0"/>
          <w:sz w:val="20"/>
        </w:rPr>
        <w:t>- Fax al numero: 800 900 800</w:t>
      </w:r>
    </w:p>
    <w:p>
      <w:r>
        <w:rPr>
          <w:b w:val="0"/>
          <w:sz w:val="20"/>
        </w:rPr>
        <w:t>- PEC (Posta Elettronica Certificata): servizioscientifico@pec.servizioelettriconazionale.it (esempio)</w:t>
      </w:r>
    </w:p>
    <w:p/>
    <w:p>
      <w:r>
        <w:rPr>
          <w:b w:val="0"/>
          <w:sz w:val="20"/>
        </w:rPr>
        <w:t>Luogo, _________________________            Firma del Cliente:</w:t>
      </w:r>
    </w:p>
    <w:p>
      <w:r>
        <w:rPr>
          <w:b w:val="0"/>
          <w:sz w:val="20"/>
        </w:rPr>
        <w:t>______________________________________________________________________________</w:t>
      </w:r>
    </w:p>
    <w:p/>
    <w:p/>
    <w:p>
      <w:r>
        <w:rPr>
          <w:b/>
          <w:sz w:val="20"/>
        </w:rPr>
        <w:t>INFORMATIVA SULLA PRIVACY</w:t>
      </w:r>
    </w:p>
    <w:p>
      <w:r>
        <w:rPr>
          <w:b w:val="0"/>
          <w:sz w:val="20"/>
        </w:rPr>
        <w:t>I dati personali forniti con il presente modulo saranno trattati da Servizio Elettrico Nazionale esclusivamente per le finalità connesse alla gestione della richiesta di recesso, in conformità al Regolamento UE 2016/679 (GDPR) e alla normativa nazionale vigente sulla protezione dei dati personali.</w:t>
      </w:r>
    </w:p>
    <w:p/>
    <w:p>
      <w:r>
        <w:rPr>
          <w:b/>
          <w:sz w:val="20"/>
        </w:rPr>
        <w:t>AVVERTENZE</w:t>
      </w:r>
    </w:p>
    <w:p>
      <w:r>
        <w:rPr>
          <w:b w:val="0"/>
          <w:sz w:val="20"/>
        </w:rPr>
        <w:t>Il recesso dal contratto di fornitura non comporta penali né costi aggiuntivi, salvo la corresponsione degli importi per il consumo effettivamente effettuato e le eventuali spese di chiusura contatore. La cessazione del servizio sarà effettuata in conformità con i termini previsti dal contratto e dalla normativa vigente.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CLIENTE</w:t>
            </w:r>
          </w:p>
        </w:tc>
        <w:tc>
          <w:tcPr>
            <w:tcW w:type="dxa" w:w="4986"/>
            <w:tcBorders>
              <w:top w:val="nil"/>
              <w:left w:val="nil"/>
              <w:bottom w:val="nil"/>
              <w:right w:val="nil"/>
              <w:insideH w:val="nil"/>
              <w:insideV w:val="nil"/>
            </w:tcBorders>
          </w:tcPr>
          <w:p>
            <w:pPr>
              <w:jc w:val="center"/>
            </w:pPr>
            <w:r>
              <w:t>OPERATORE SERVIZIO ELETTRICO NAZIONALE</w:t>
            </w:r>
          </w:p>
        </w:tc>
      </w:tr>
      <w:tr>
        <w:tc>
          <w:tcPr>
            <w:tcW w:type="dxa" w:w="4986"/>
            <w:tcBorders>
              <w:top w:val="nil"/>
              <w:left w:val="nil"/>
              <w:bottom w:val="nil"/>
              <w:right w:val="nil"/>
              <w:insideH w:val="nil"/>
              <w:insideV w:val="nil"/>
            </w:tcBorders>
          </w:tcPr>
          <w:p>
            <w:pPr>
              <w:jc w:val="center"/>
            </w:pPr>
            <w:r>
              <w:br/>
              <w:br/>
              <w:t>Firma: ____________________________</w:t>
            </w:r>
          </w:p>
        </w:tc>
        <w:tc>
          <w:tcPr>
            <w:tcW w:type="dxa" w:w="4986"/>
            <w:tcBorders>
              <w:top w:val="nil"/>
              <w:left w:val="nil"/>
              <w:bottom w:val="nil"/>
              <w:right w:val="nil"/>
              <w:insideH w:val="nil"/>
              <w:insideV w:val="nil"/>
            </w:tcBorders>
          </w:tcPr>
          <w:p>
            <w:pPr>
              <w:jc w:val="center"/>
            </w:pPr>
            <w:r>
              <w:br/>
              <w:br/>
              <w:t>Firma: ____________________________</w:t>
            </w:r>
          </w:p>
        </w:tc>
      </w:tr>
      <w:tr>
        <w:tc>
          <w:tcPr>
            <w:tcW w:type="dxa" w:w="4986"/>
            <w:tcBorders>
              <w:top w:val="nil"/>
              <w:left w:val="nil"/>
              <w:bottom w:val="nil"/>
              <w:right w:val="nil"/>
              <w:insideH w:val="nil"/>
              <w:insideV w:val="nil"/>
            </w:tcBorders>
          </w:tcPr>
          <w:p>
            <w:pPr>
              <w:jc w:val="center"/>
            </w:pPr>
            <w:r>
              <w:t>Nome e Cognome: ____________________________</w:t>
            </w:r>
          </w:p>
        </w:tc>
        <w:tc>
          <w:tcPr>
            <w:tcW w:type="dxa" w:w="4986"/>
            <w:tcBorders>
              <w:top w:val="nil"/>
              <w:left w:val="nil"/>
              <w:bottom w:val="nil"/>
              <w:right w:val="nil"/>
              <w:insideH w:val="nil"/>
              <w:insideV w:val="nil"/>
            </w:tcBorders>
          </w:tcPr>
          <w:p>
            <w:pPr>
              <w:jc w:val="center"/>
            </w:pPr>
            <w:r>
              <w:t>Nome e Cognome: 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https://documenti-esperti.com/modulo-recesso-servizio-elettrico-nazionale/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https://documenti-esperti.com</w:t>
        </w:r>
      </w:hyperlink>
    </w:p>
    <w:p>
      <w:pPr>
        <w:jc w:val="center"/>
      </w:pPr>
      <w:r>
        <w:rPr>
          <w:color w:val="808080"/>
          <w:sz w:val="20"/>
        </w:rPr>
        <w:t>Questo modello è destinato esclusivamente a un uso personale e non commerciale.</w:t>
        <w:br/>
        <w:t>Qualsiasi diffusione o pubblicazione deve citare obbligatoriamente la fonte. © documenti-esperti.com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i-esperti.com/modulo-recesso-servizio-elettrico-nazionale/" TargetMode="External"/><Relationship Id="rId10" Type="http://schemas.openxmlformats.org/officeDocument/2006/relationships/hyperlink" Target="https://documenti-espe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