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RESIDENZA COME OSPITE</w:t>
      </w:r>
    </w:p>
    <w:p/>
    <w:p/>
    <w:p>
      <w:r>
        <w:rPr>
          <w:b w:val="0"/>
          <w:sz w:val="20"/>
        </w:rPr>
        <w:t>Il sottoscritto/a, di seguito denominato/a 'Ospite',</w:t>
      </w:r>
    </w:p>
    <w:p>
      <w:r>
        <w:rPr>
          <w:b/>
          <w:sz w:val="20"/>
        </w:rPr>
        <w:t>dichiara di risiedere temporaneamente presso l'abitazione di seguito indicata, ai sensi degli articoli 43 e 44 del Testo Unico delle Leggi sull'ordinamento degli Enti locali (D.Lgs. n. 267/2000) e successive modifiche ed integrazioni.</w:t>
      </w:r>
    </w:p>
    <w:p/>
    <w:p/>
    <w:p>
      <w:r>
        <w:rPr>
          <w:b/>
          <w:sz w:val="20"/>
        </w:rPr>
        <w:t>DATI ANAGRAFICI DELL'OSPITE</w:t>
      </w:r>
    </w:p>
    <w:p>
      <w:r>
        <w:rPr>
          <w:b w:val="0"/>
          <w:sz w:val="20"/>
        </w:rPr>
        <w:t>Cognome e Nome : _________________________________________________________</w:t>
      </w:r>
    </w:p>
    <w:p>
      <w:r>
        <w:rPr>
          <w:b w:val="0"/>
          <w:sz w:val="20"/>
        </w:rPr>
        <w:t>Luogo e Data di nascita : _________________________________________________</w:t>
      </w:r>
    </w:p>
    <w:p>
      <w:r>
        <w:rPr>
          <w:b w:val="0"/>
          <w:sz w:val="20"/>
        </w:rPr>
        <w:t>Codice Fiscale : __________________________________________________________</w:t>
      </w:r>
    </w:p>
    <w:p>
      <w:r>
        <w:rPr>
          <w:b w:val="0"/>
          <w:sz w:val="20"/>
        </w:rPr>
        <w:t>Stato civile : _____________________________________________________________</w:t>
      </w:r>
    </w:p>
    <w:p>
      <w:r>
        <w:rPr>
          <w:b w:val="0"/>
          <w:sz w:val="20"/>
        </w:rPr>
        <w:t>Nazionalità : ______________________________________________________________</w:t>
      </w:r>
    </w:p>
    <w:p>
      <w:r>
        <w:rPr>
          <w:b w:val="0"/>
          <w:sz w:val="20"/>
        </w:rPr>
        <w:t>Documento di identità (tipo e numero) : _____________________________________</w:t>
      </w:r>
    </w:p>
    <w:p>
      <w:r>
        <w:rPr>
          <w:b w:val="0"/>
          <w:sz w:val="20"/>
        </w:rPr>
        <w:t>Rilasciato da : ____________________________________________________________</w:t>
      </w:r>
    </w:p>
    <w:p>
      <w:r>
        <w:rPr>
          <w:b w:val="0"/>
          <w:sz w:val="20"/>
        </w:rPr>
        <w:t>Residenza abituale (indirizzo completo) : ____________________________________</w:t>
      </w:r>
    </w:p>
    <w:p/>
    <w:p/>
    <w:p>
      <w:r>
        <w:rPr>
          <w:b/>
          <w:sz w:val="20"/>
        </w:rPr>
        <w:t>DATI DELL'ABITAZIONE DELL'OSPITANTE</w:t>
      </w:r>
    </w:p>
    <w:p>
      <w:r>
        <w:rPr>
          <w:b w:val="0"/>
          <w:sz w:val="20"/>
        </w:rPr>
        <w:t>Indirizzo completo : ______________________________________________________</w:t>
      </w:r>
    </w:p>
    <w:p>
      <w:r>
        <w:rPr>
          <w:b w:val="0"/>
          <w:sz w:val="20"/>
        </w:rPr>
        <w:t>Comune : _________________________________________________________________</w:t>
      </w:r>
    </w:p>
    <w:p>
      <w:r>
        <w:rPr>
          <w:b w:val="0"/>
          <w:sz w:val="20"/>
        </w:rPr>
        <w:t>Provincia : ________________________________________________________________</w:t>
      </w:r>
    </w:p>
    <w:p/>
    <w:p/>
    <w:p>
      <w:r>
        <w:rPr>
          <w:b/>
          <w:sz w:val="20"/>
        </w:rPr>
        <w:t>DICHIARAZIONE DI RESIDENZA</w:t>
      </w:r>
    </w:p>
    <w:p>
      <w:r>
        <w:rPr>
          <w:b w:val="0"/>
          <w:sz w:val="20"/>
        </w:rPr>
        <w:t>Il/la sottoscritto/a dichiara di risiedere come ospite presso l'indirizzo sopra indicato per un periodo temporaneo e limitato a esigenze personali/familiari, senza che ciò comporti trasferimento della residenza anagrafica, ai sensi dell'art. 43 del D.P.R. 223/1989 e successive modifiche.</w:t>
      </w:r>
    </w:p>
    <w:p/>
    <w:p/>
    <w:p>
      <w:r>
        <w:rPr>
          <w:b/>
          <w:sz w:val="20"/>
        </w:rPr>
        <w:t>IMPEGNI E CONSENSI</w:t>
      </w:r>
    </w:p>
    <w:p>
      <w:r>
        <w:rPr>
          <w:b w:val="0"/>
          <w:sz w:val="20"/>
        </w:rPr>
        <w:t>L'Ospite si impegna a comunicare tempestivamente al Comune qualsiasi variazione riguardante la propria presenza presso l'abitazione ospitante, così come previsto dalla normativa vigente.</w:t>
      </w:r>
    </w:p>
    <w:p>
      <w:r>
        <w:rPr>
          <w:b w:val="0"/>
          <w:sz w:val="20"/>
        </w:rPr>
        <w:t>Il sottoscritto autorizza il trattamento dei dati personali contenuti nel presente modulo per le finalità connesse all'adempimento degli obblighi amministrativi previsti dalla legge, ai sensi del Regolamento UE 2016/679 (GDPR).</w:t>
      </w:r>
    </w:p>
    <w:p/>
    <w:p/>
    <w:p>
      <w:r>
        <w:rPr>
          <w:b/>
          <w:sz w:val="20"/>
        </w:rPr>
        <w:t>INFORMATIVA SULLA PRIVACY</w:t>
      </w:r>
    </w:p>
    <w:p>
      <w:r>
        <w:rPr>
          <w:b w:val="0"/>
          <w:sz w:val="20"/>
        </w:rPr>
        <w:t>Ai sensi dell’art. 13 del Regolamento UE 2016/679 (GDPR), i dati personali forniti saranno trattati esclusivamente per le finalità istituzionali e amministrative connesse alla gestione della residenza come ospite, garantendo la riservatezza e la sicurezza dei dati secondo la normativa vigente.</w:t>
      </w:r>
    </w:p>
    <w:p/>
    <w:p/>
    <w:p>
      <w:r>
        <w:rPr>
          <w:b w:val="0"/>
          <w:sz w:val="20"/>
        </w:rPr>
        <w:t>Luogo : __________________________________________</w:t>
      </w:r>
    </w:p>
    <w:p>
      <w:r>
        <w:rPr>
          <w:b w:val="0"/>
          <w:sz w:val="20"/>
        </w:rPr>
        <w:t>Firma dell'Ospite : _______________________________</w:t>
      </w:r>
    </w:p>
    <w:p/>
    <w:p/>
    <w:p/>
    <w:p>
      <w:r>
        <w:rPr>
          <w:b w:val="0"/>
          <w:sz w:val="20"/>
        </w:rPr>
        <w:t>Firma del Proprietario/Conducente dell'abitazione : 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OSPITE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OSPITANTE (Proprietario/Conducente)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https://documenti-esperti.com/modulo-residenza-come-ospite/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residenza-come-ospit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