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REVOCA DELEGA CONTO CORRENTE</w:t>
      </w:r>
    </w:p>
    <w:p/>
    <w:p/>
    <w:p>
      <w:r>
        <w:rPr>
          <w:b/>
          <w:sz w:val="20"/>
        </w:rPr>
        <w:t>Banca Intesa Sanpaolo S.p.A.</w:t>
      </w:r>
    </w:p>
    <w:p>
      <w:r>
        <w:rPr>
          <w:b w:val="0"/>
          <w:sz w:val="20"/>
        </w:rPr>
        <w:t>Filiale di ______________________________________________________</w:t>
      </w:r>
    </w:p>
    <w:p>
      <w:r>
        <w:rPr>
          <w:b w:val="0"/>
          <w:sz w:val="20"/>
        </w:rPr>
        <w:t>Indirizzo _______________________________________________________</w:t>
      </w:r>
    </w:p>
    <w:p/>
    <w:p/>
    <w:p>
      <w:r>
        <w:rPr>
          <w:b/>
          <w:sz w:val="20"/>
        </w:rPr>
        <w:t>Intestatario/i del conto corrente:</w:t>
      </w:r>
    </w:p>
    <w:p>
      <w:r>
        <w:rPr>
          <w:b w:val="0"/>
          <w:sz w:val="20"/>
        </w:rPr>
        <w:t>Nome e Cognome / Ragione Sociale : 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/>
    <w:p>
      <w:r>
        <w:rPr>
          <w:b/>
          <w:sz w:val="20"/>
        </w:rPr>
        <w:t>Dati del conto corrente oggetto della revoca:</w:t>
      </w:r>
    </w:p>
    <w:p>
      <w:r>
        <w:rPr>
          <w:b w:val="0"/>
          <w:sz w:val="20"/>
        </w:rPr>
        <w:t>Numero conto corrente : ______________________________________________________</w:t>
      </w:r>
    </w:p>
    <w:p>
      <w:r>
        <w:rPr>
          <w:b w:val="0"/>
          <w:sz w:val="20"/>
        </w:rPr>
        <w:t>IBAN : ______________________________________________________________________</w:t>
      </w:r>
    </w:p>
    <w:p/>
    <w:p>
      <w:r>
        <w:rPr>
          <w:b/>
          <w:sz w:val="20"/>
        </w:rPr>
        <w:t>Oggetto della Revoca:</w:t>
      </w:r>
    </w:p>
    <w:p>
      <w:r>
        <w:rPr>
          <w:b w:val="0"/>
          <w:sz w:val="20"/>
        </w:rPr>
        <w:t>Con la presente, il/La sottoscritto/a revoca ogni autorizzazione e delega precedentemente conferita a terzi, relativa all’operatività e gestione del conto corrente sopra indicato presso Banca Intesa Sanpaolo S.p.A., con effetto immediato e senza necessità di ulteriore comunicazione.</w:t>
      </w:r>
    </w:p>
    <w:p/>
    <w:p>
      <w:r>
        <w:rPr>
          <w:b/>
          <w:sz w:val="20"/>
        </w:rPr>
        <w:t>La presente revoca comprende, a titolo esemplificativo ma non esaustivo:</w:t>
      </w:r>
    </w:p>
    <w:p>
      <w:r>
        <w:rPr>
          <w:b/>
          <w:sz w:val="20"/>
        </w:rPr>
        <w:t>- Precedenti deleghe di firma</w:t>
      </w:r>
    </w:p>
    <w:p>
      <w:r>
        <w:rPr>
          <w:b/>
          <w:sz w:val="20"/>
        </w:rPr>
        <w:t>- Autorizzazioni all’utilizzo di carte di debito e credito associate al conto</w:t>
      </w:r>
    </w:p>
    <w:p>
      <w:r>
        <w:rPr>
          <w:b/>
          <w:sz w:val="20"/>
        </w:rPr>
        <w:t>- Disposizioni di pagamento, bonifici e addebiti diretti</w:t>
      </w:r>
    </w:p>
    <w:p/>
    <w:p>
      <w:r>
        <w:rPr>
          <w:b w:val="0"/>
          <w:sz w:val="20"/>
        </w:rPr>
        <w:t>Si richiede pertanto di sospendere immediatamente ogni operatività delegata e di considerare valido unicamente l’operatività diretta da parte del/i titolare/i del conto, fino a nuova comunicazione scritta.</w:t>
      </w:r>
    </w:p>
    <w:p/>
    <w:p/>
    <w:p>
      <w:r>
        <w:rPr>
          <w:b/>
          <w:sz w:val="20"/>
        </w:rPr>
        <w:t>Dichiarazioni:</w:t>
      </w:r>
    </w:p>
    <w:p>
      <w:r>
        <w:rPr>
          <w:b w:val="0"/>
          <w:sz w:val="20"/>
        </w:rPr>
        <w:t>Il/La sottoscritto/a dichiara di aver ricevuto copia del presente modulo, di averne compreso il contenuto e di assumersi ogni responsabilità derivante dalla presente revoca.</w:t>
      </w:r>
    </w:p>
    <w:p/>
    <w:p/>
    <w:p>
      <w:r>
        <w:rPr>
          <w:b w:val="0"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Intestatario/i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Testimone / Operatore Banca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NOTE IMPORTANTI:</w:t>
      </w:r>
    </w:p>
    <w:p>
      <w:r>
        <w:rPr>
          <w:b w:val="0"/>
          <w:sz w:val="20"/>
        </w:rPr>
        <w:t>La presente revoca non solleva il sottoscritto/a da eventuali obblighi contrattuali assunti precedentemente con Banca Intesa Sanpaolo S.p.A. Si consiglia di conservare copia del presente modulo debitamente firmato.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https://documenti-esperti.com/modulo-revoca-delega-conto-corrente-intesa-san-paolo/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revoca-delega-conto-corrente-intesa-san-paol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