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RIENTRO DA CONTO VENDITA AUTO</w:t>
      </w:r>
    </w:p>
    <w:p/>
    <w:p>
      <w:r>
        <w:rPr>
          <w:b/>
          <w:sz w:val="20"/>
        </w:rPr>
        <w:t>Dati del Concedente (Venditore):</w:t>
      </w:r>
    </w:p>
    <w:p>
      <w:r>
        <w:rPr>
          <w:b w:val="0"/>
          <w:sz w:val="20"/>
        </w:rPr>
        <w:t>Nome e Cognome / Ragione Sociale : 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Indirizzo / Sede Legale : 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______________________________________________________________________</w:t>
      </w:r>
    </w:p>
    <w:p/>
    <w:p>
      <w:r>
        <w:rPr>
          <w:b/>
          <w:sz w:val="20"/>
        </w:rPr>
        <w:t>Dati del Concessionario (Depositatario):</w:t>
      </w:r>
    </w:p>
    <w:p>
      <w:r>
        <w:rPr>
          <w:b w:val="0"/>
          <w:sz w:val="20"/>
        </w:rPr>
        <w:t>Nome e Cognome / Ragione Sociale : 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Indirizzo / Sede Legale : ______________________________________________________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______________________________________________________________________</w:t>
      </w:r>
    </w:p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Il presente modulo disciplina il rientro dell'autovettura affidata in conto vendita dal Concedente al Concessionario, ai sensi degli articoli 1559 e seguenti del Codice Civile.</w:t>
      </w:r>
    </w:p>
    <w:p/>
    <w:p>
      <w:r>
        <w:rPr>
          <w:b/>
          <w:sz w:val="20"/>
        </w:rPr>
        <w:t>Descrizione del Veicolo:</w:t>
      </w:r>
    </w:p>
    <w:p>
      <w:r>
        <w:rPr>
          <w:b w:val="0"/>
          <w:sz w:val="20"/>
        </w:rPr>
        <w:t>Marca : ___________________________________</w:t>
      </w:r>
    </w:p>
    <w:p>
      <w:r>
        <w:rPr>
          <w:b w:val="0"/>
          <w:sz w:val="20"/>
        </w:rPr>
        <w:t>Modello : __________________________________</w:t>
      </w:r>
    </w:p>
    <w:p>
      <w:r>
        <w:rPr>
          <w:b w:val="0"/>
          <w:sz w:val="20"/>
        </w:rPr>
        <w:t>Targa : ___________________________________</w:t>
      </w:r>
    </w:p>
    <w:p>
      <w:r>
        <w:rPr>
          <w:b w:val="0"/>
          <w:sz w:val="20"/>
        </w:rPr>
        <w:t>Telaio (Numero di telaio/VIN) : _______________________________</w:t>
      </w:r>
    </w:p>
    <w:p>
      <w:r>
        <w:rPr>
          <w:b w:val="0"/>
          <w:sz w:val="20"/>
        </w:rPr>
        <w:t>Colore : ___________________________________</w:t>
      </w:r>
    </w:p>
    <w:p>
      <w:r>
        <w:rPr>
          <w:b w:val="0"/>
          <w:sz w:val="20"/>
        </w:rPr>
        <w:t>Anno di immatricolazione : _________________________________</w:t>
      </w:r>
    </w:p>
    <w:p/>
    <w:p>
      <w:r>
        <w:rPr>
          <w:b/>
          <w:sz w:val="20"/>
        </w:rPr>
        <w:t>Stato del veicolo al momento del rientro:</w:t>
      </w:r>
    </w:p>
    <w:p>
      <w:r>
        <w:rPr>
          <w:b w:val="0"/>
          <w:sz w:val="20"/>
        </w:rPr>
        <w:t>Il veicolo viene riconsegnato nelle seguenti condizioni (barrare le opzioni appropriate):</w:t>
      </w:r>
    </w:p>
    <w:p>
      <w:r>
        <w:rPr>
          <w:b w:val="0"/>
          <w:sz w:val="20"/>
        </w:rPr>
        <w:t>□ Integro e senza danni rispetto alla consegna</w:t>
      </w:r>
    </w:p>
    <w:p>
      <w:r>
        <w:rPr>
          <w:b w:val="0"/>
          <w:sz w:val="20"/>
        </w:rPr>
        <w:t>□ Con danni evidenziati e descritti nel seguito: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>
      <w:r>
        <w:rPr>
          <w:b/>
          <w:sz w:val="20"/>
        </w:rPr>
        <w:t>Motivazioni del Rientro:</w:t>
      </w:r>
    </w:p>
    <w:p>
      <w:r>
        <w:rPr>
          <w:b w:val="0"/>
          <w:sz w:val="20"/>
        </w:rPr>
        <w:t>Il Concessionario restituisce il veicolo per le seguenti ragioni (barrare e/o specificare):</w:t>
      </w:r>
    </w:p>
    <w:p>
      <w:r>
        <w:rPr>
          <w:b w:val="0"/>
          <w:sz w:val="20"/>
        </w:rPr>
        <w:t>□ Veicolo non venduto entro il termine previsto dal contratto</w:t>
      </w:r>
    </w:p>
    <w:p>
      <w:r>
        <w:rPr>
          <w:b w:val="0"/>
          <w:sz w:val="20"/>
        </w:rPr>
        <w:t>□ Recesso anticipato dal contratto</w:t>
      </w:r>
    </w:p>
    <w:p>
      <w:r>
        <w:rPr>
          <w:b w:val="0"/>
          <w:sz w:val="20"/>
        </w:rPr>
        <w:t>□ Altre motivazioni: _____________________________________________________________</w:t>
      </w:r>
    </w:p>
    <w:p/>
    <w:p>
      <w:r>
        <w:rPr>
          <w:b/>
          <w:sz w:val="20"/>
        </w:rPr>
        <w:t>Dichiarazioni:</w:t>
      </w:r>
    </w:p>
    <w:p>
      <w:r>
        <w:rPr>
          <w:b w:val="0"/>
          <w:sz w:val="20"/>
        </w:rPr>
        <w:t>Il Concessionario dichiara di aver restituito il veicolo al Concedente secondo le condizioni sopra indicate e che il veicolo è libero da vincoli, ipoteche o gravami di qualsiasi natura durante il periodo di deposito.</w:t>
      </w:r>
    </w:p>
    <w:p>
      <w:r>
        <w:rPr>
          <w:b w:val="0"/>
          <w:sz w:val="20"/>
        </w:rPr>
        <w:t>Il Concedente prende atto della riconsegna del veicolo e dichiara di averlo ricevuto nelle condizioni descritte.</w:t>
      </w:r>
    </w:p>
    <w:p/>
    <w:p>
      <w:r>
        <w:rPr>
          <w:b/>
          <w:sz w:val="20"/>
        </w:rPr>
        <w:t>Modalità di riconsegna e responsabilità:</w:t>
      </w:r>
    </w:p>
    <w:p>
      <w:r>
        <w:rPr>
          <w:b w:val="0"/>
          <w:sz w:val="20"/>
        </w:rPr>
        <w:t>La riconsegna del veicolo avviene presso la sede del Concessionario o in altra località concordata tra le parti. Eventuali danni o manomissioni riscontrate saranno valutate e gestite secondo quanto previsto dal contratto di conto vendita sottoscritto.</w:t>
      </w:r>
    </w:p>
    <w:p/>
    <w:p>
      <w:r>
        <w:rPr>
          <w:b w:val="0"/>
          <w:sz w:val="20"/>
        </w:rPr>
        <w:t>Luogo : ____________________________________    Data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CONCEDENTE (Venditore)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CONCESSIONARIO (Depositatario)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Il presente modulo è redatto in conformità alle normative vigenti in Italia e costituisce prova del rientro del veicolo affidato in conto vendita.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https://documenti-esperti.com/modulo-rientro-da-conto-vendita-auto/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rientro-da-conto-vendita-au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