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MODULO DI VENDITA OCCASIONALE</w:t>
      </w:r>
    </w:p>
    <w:p/>
    <w:p>
      <w:r>
        <w:rPr>
          <w:b/>
          <w:sz w:val="20"/>
        </w:rPr>
        <w:t>Dati del Venditore:</w:t>
      </w:r>
    </w:p>
    <w:p>
      <w:r>
        <w:rPr>
          <w:b w:val="0"/>
          <w:sz w:val="20"/>
        </w:rPr>
        <w:t>Nome e Cognome: _____________________________________________________</w:t>
      </w:r>
    </w:p>
    <w:p>
      <w:r>
        <w:rPr>
          <w:b w:val="0"/>
          <w:sz w:val="20"/>
        </w:rPr>
        <w:t>Codice Fiscale: ______________________________________________________</w:t>
      </w:r>
    </w:p>
    <w:p>
      <w:r>
        <w:rPr>
          <w:b w:val="0"/>
          <w:sz w:val="20"/>
        </w:rPr>
        <w:t>Residenza (Indirizzo completo): ______________________________________</w:t>
      </w:r>
    </w:p>
    <w:p>
      <w:r>
        <w:rPr>
          <w:b w:val="0"/>
          <w:sz w:val="20"/>
        </w:rPr>
        <w:t>Telefono: ____________________________________________________________</w:t>
      </w:r>
    </w:p>
    <w:p>
      <w:r>
        <w:rPr>
          <w:b w:val="0"/>
          <w:sz w:val="20"/>
        </w:rPr>
        <w:t>Email: ______________________________________________________________</w:t>
      </w:r>
    </w:p>
    <w:p/>
    <w:p>
      <w:r>
        <w:rPr>
          <w:b/>
          <w:sz w:val="20"/>
        </w:rPr>
        <w:t>Dati dell'Acquirente:</w:t>
      </w:r>
    </w:p>
    <w:p>
      <w:r>
        <w:rPr>
          <w:b w:val="0"/>
          <w:sz w:val="20"/>
        </w:rPr>
        <w:t>Nome e Cognome: _____________________________________________________</w:t>
      </w:r>
    </w:p>
    <w:p>
      <w:r>
        <w:rPr>
          <w:b w:val="0"/>
          <w:sz w:val="20"/>
        </w:rPr>
        <w:t>Codice Fiscale: ______________________________________________________</w:t>
      </w:r>
    </w:p>
    <w:p>
      <w:r>
        <w:rPr>
          <w:b w:val="0"/>
          <w:sz w:val="20"/>
        </w:rPr>
        <w:t>Residenza (Indirizzo completo): ______________________________________</w:t>
      </w:r>
    </w:p>
    <w:p>
      <w:r>
        <w:rPr>
          <w:b w:val="0"/>
          <w:sz w:val="20"/>
        </w:rPr>
        <w:t>Telefono: ____________________________________________________________</w:t>
      </w:r>
    </w:p>
    <w:p>
      <w:r>
        <w:rPr>
          <w:b w:val="0"/>
          <w:sz w:val="20"/>
        </w:rPr>
        <w:t>Email: ______________________________________________________________</w:t>
      </w:r>
    </w:p>
    <w:p/>
    <w:p>
      <w:r>
        <w:rPr>
          <w:b/>
          <w:sz w:val="20"/>
        </w:rPr>
        <w:t>Descrizione dettagliata dell'oggetto venduto:</w:t>
      </w:r>
    </w:p>
    <w:p>
      <w:r>
        <w:rPr>
          <w:b w:val="0"/>
          <w:sz w:val="20"/>
        </w:rPr>
        <w:t>Tipo di bene: ________________________________________________________</w:t>
      </w:r>
    </w:p>
    <w:p>
      <w:r>
        <w:rPr>
          <w:b w:val="0"/>
          <w:sz w:val="20"/>
        </w:rPr>
        <w:t>Marca/Modello (se applicabile): _______________________________________</w:t>
      </w:r>
    </w:p>
    <w:p>
      <w:r>
        <w:rPr>
          <w:b w:val="0"/>
          <w:sz w:val="20"/>
        </w:rPr>
        <w:t>Caratteristiche principali: ___________________________________________</w:t>
      </w:r>
    </w:p>
    <w:p>
      <w:r>
        <w:rPr>
          <w:b w:val="0"/>
          <w:sz w:val="20"/>
        </w:rPr>
        <w:t>Stato del bene: ______________________________________________________</w:t>
      </w:r>
    </w:p>
    <w:p>
      <w:r>
        <w:rPr>
          <w:b w:val="0"/>
          <w:sz w:val="20"/>
        </w:rPr>
        <w:t>Quantità: ___________________________________________________________</w:t>
      </w:r>
    </w:p>
    <w:p>
      <w:r>
        <w:rPr>
          <w:b w:val="0"/>
          <w:sz w:val="20"/>
        </w:rPr>
        <w:t>Numero di serie (se presente): ________________________________________</w:t>
      </w:r>
    </w:p>
    <w:p/>
    <w:p>
      <w:r>
        <w:rPr>
          <w:b/>
          <w:sz w:val="20"/>
        </w:rPr>
        <w:t>Prezzo di vendita e modalità di pagamento:</w:t>
      </w:r>
    </w:p>
    <w:p>
      <w:r>
        <w:rPr>
          <w:b w:val="0"/>
          <w:sz w:val="20"/>
        </w:rPr>
        <w:t>Prezzo totale concordato (€): _________________________________________</w:t>
      </w:r>
    </w:p>
    <w:p>
      <w:r>
        <w:rPr>
          <w:b w:val="0"/>
          <w:sz w:val="20"/>
        </w:rPr>
        <w:t>Modalità di pagamento (contanti, bonifico, altro): ______________________</w:t>
      </w:r>
    </w:p>
    <w:p/>
    <w:p>
      <w:r>
        <w:rPr>
          <w:b/>
          <w:sz w:val="20"/>
        </w:rPr>
        <w:t>Clausole e dichiarazioni:</w:t>
      </w:r>
    </w:p>
    <w:p>
      <w:r>
        <w:rPr>
          <w:b w:val="0"/>
          <w:sz w:val="20"/>
        </w:rPr>
        <w:t>1. Il Venditore dichiara di essere il legittimo proprietario del bene descritto e che lo stesso è libero da vincoli, ipoteche o altri gravami.</w:t>
      </w:r>
    </w:p>
    <w:p>
      <w:r>
        <w:rPr>
          <w:b w:val="0"/>
          <w:sz w:val="20"/>
        </w:rPr>
        <w:t>2. La vendita è effettuata a titolo occasionale e non abituale, senza partita IVA né obblighi fiscali connessi all’attività commerciale.</w:t>
      </w:r>
    </w:p>
    <w:p>
      <w:r>
        <w:rPr>
          <w:b w:val="0"/>
          <w:sz w:val="20"/>
        </w:rPr>
        <w:t>3. L’Acquirente dichiara di aver visionato il bene e di accettarne lo stato e le condizioni attuali.</w:t>
      </w:r>
    </w:p>
    <w:p>
      <w:r>
        <w:rPr>
          <w:b w:val="0"/>
          <w:sz w:val="20"/>
        </w:rPr>
        <w:t>4. Il Venditore non assume responsabilità per danni o difetti successivi alla vendita, fatta eccezione per eventuali garanzie legali previste dalla normativa vigente.</w:t>
      </w:r>
    </w:p>
    <w:p>
      <w:r>
        <w:rPr>
          <w:b w:val="0"/>
          <w:sz w:val="20"/>
        </w:rPr>
        <w:t>5. La presente vendita è regolata dalle disposizioni del Codice Civile italiano in materia di compravendita.</w:t>
      </w:r>
    </w:p>
    <w:p/>
    <w:p>
      <w:r>
        <w:rPr>
          <w:b w:val="0"/>
          <w:sz w:val="20"/>
        </w:rPr>
        <w:t>Luogo: ________________________________________________________________</w:t>
      </w:r>
    </w:p>
    <w:p>
      <w:r>
        <w:rPr>
          <w:b w:val="0"/>
          <w:sz w:val="20"/>
        </w:rPr>
        <w:t>Data: _________________________________________________________________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VENDITORE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ACQUIRENTE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e Cognome: _______________________________________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e Cognome: _______________________________________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https://documenti-esperti.com/modulo-vendita-occasionale/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https://documenti-esperti.com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documenti-esperti.com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i-esperti.com/modulo-vendita-occasionale/" TargetMode="External"/><Relationship Id="rId10" Type="http://schemas.openxmlformats.org/officeDocument/2006/relationships/hyperlink" Target="https://documenti-espert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