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DI VENDITA TRATTORE AGRICOLO TRA PRIVATI</w:t>
      </w:r>
    </w:p>
    <w:p/>
    <w:p>
      <w:r>
        <w:rPr>
          <w:b/>
          <w:sz w:val="22"/>
        </w:rPr>
        <w:t>1. PARTI DEL CONTRATTO</w:t>
      </w:r>
    </w:p>
    <w:p>
      <w:r>
        <w:rPr>
          <w:b/>
          <w:sz w:val="20"/>
        </w:rPr>
        <w:t>Venditore:</w:t>
      </w:r>
    </w:p>
    <w:p>
      <w:r>
        <w:rPr>
          <w:b w:val="0"/>
          <w:sz w:val="20"/>
        </w:rPr>
        <w:t>Nome e Cognome: _____________________________________________</w:t>
      </w:r>
    </w:p>
    <w:p>
      <w:r>
        <w:rPr>
          <w:b w:val="0"/>
          <w:sz w:val="20"/>
        </w:rPr>
        <w:t>Codice Fiscale: ______________________________________________</w:t>
      </w:r>
    </w:p>
    <w:p>
      <w:r>
        <w:rPr>
          <w:b w:val="0"/>
          <w:sz w:val="20"/>
        </w:rPr>
        <w:t>Indirizzo: _________________________________________________</w:t>
      </w:r>
    </w:p>
    <w:p>
      <w:r>
        <w:rPr>
          <w:b w:val="0"/>
          <w:sz w:val="20"/>
        </w:rPr>
        <w:t>Telefono: _________________________________________________</w:t>
      </w:r>
    </w:p>
    <w:p>
      <w:r>
        <w:rPr>
          <w:b w:val="0"/>
          <w:sz w:val="20"/>
        </w:rPr>
        <w:t>Email: ____________________________________________________</w:t>
      </w:r>
    </w:p>
    <w:p/>
    <w:p>
      <w:r>
        <w:rPr>
          <w:b/>
          <w:sz w:val="20"/>
        </w:rPr>
        <w:t>Acquirente:</w:t>
      </w:r>
    </w:p>
    <w:p>
      <w:r>
        <w:rPr>
          <w:b w:val="0"/>
          <w:sz w:val="20"/>
        </w:rPr>
        <w:t>Nome e Cognome: _____________________________________________</w:t>
      </w:r>
    </w:p>
    <w:p>
      <w:r>
        <w:rPr>
          <w:b w:val="0"/>
          <w:sz w:val="20"/>
        </w:rPr>
        <w:t>Codice Fiscale: ______________________________________________</w:t>
      </w:r>
    </w:p>
    <w:p>
      <w:r>
        <w:rPr>
          <w:b w:val="0"/>
          <w:sz w:val="20"/>
        </w:rPr>
        <w:t>Indirizzo: _________________________________________________</w:t>
      </w:r>
    </w:p>
    <w:p>
      <w:r>
        <w:rPr>
          <w:b w:val="0"/>
          <w:sz w:val="20"/>
        </w:rPr>
        <w:t>Telefono: _________________________________________________</w:t>
      </w:r>
    </w:p>
    <w:p>
      <w:r>
        <w:rPr>
          <w:b w:val="0"/>
          <w:sz w:val="20"/>
        </w:rPr>
        <w:t>Email: ____________________________________________________</w:t>
      </w:r>
    </w:p>
    <w:p/>
    <w:p>
      <w:r>
        <w:rPr>
          <w:b/>
          <w:sz w:val="22"/>
        </w:rPr>
        <w:t>2. DESCRIZIONE DEL TRATTORE AGRICOLO</w:t>
      </w:r>
    </w:p>
    <w:p>
      <w:r>
        <w:rPr>
          <w:b w:val="0"/>
          <w:sz w:val="20"/>
        </w:rPr>
        <w:t>Marca: ____________________________________________________</w:t>
      </w:r>
    </w:p>
    <w:p>
      <w:r>
        <w:rPr>
          <w:b w:val="0"/>
          <w:sz w:val="20"/>
        </w:rPr>
        <w:t>Modello: __________________________________________________</w:t>
      </w:r>
    </w:p>
    <w:p>
      <w:r>
        <w:rPr>
          <w:b w:val="0"/>
          <w:sz w:val="20"/>
        </w:rPr>
        <w:t>Anno di immatricolazione: ___________________________________</w:t>
      </w:r>
    </w:p>
    <w:p>
      <w:r>
        <w:rPr>
          <w:b w:val="0"/>
          <w:sz w:val="20"/>
        </w:rPr>
        <w:t>Numero di telaio: ___________________________________________</w:t>
      </w:r>
    </w:p>
    <w:p>
      <w:r>
        <w:rPr>
          <w:b w:val="0"/>
          <w:sz w:val="20"/>
        </w:rPr>
        <w:t>Cilindrata: ________________________________________________</w:t>
      </w:r>
    </w:p>
    <w:p>
      <w:r>
        <w:rPr>
          <w:b w:val="0"/>
          <w:sz w:val="20"/>
        </w:rPr>
        <w:t>Potenza motore (CV): ________________________________________</w:t>
      </w:r>
    </w:p>
    <w:p>
      <w:r>
        <w:rPr>
          <w:b w:val="0"/>
          <w:sz w:val="20"/>
        </w:rPr>
        <w:t>Colore: ____________________________________________________</w:t>
      </w:r>
    </w:p>
    <w:p>
      <w:r>
        <w:rPr>
          <w:b w:val="0"/>
          <w:sz w:val="20"/>
        </w:rPr>
        <w:t>Altri accessori o dotazioni: _________________________________</w:t>
      </w:r>
    </w:p>
    <w:p/>
    <w:p>
      <w:r>
        <w:rPr>
          <w:b/>
          <w:sz w:val="22"/>
        </w:rPr>
        <w:t>3. CONDIZIONI E STATO DEL TRATTORE</w:t>
      </w:r>
    </w:p>
    <w:p>
      <w:r>
        <w:rPr>
          <w:b w:val="0"/>
          <w:sz w:val="20"/>
        </w:rPr>
        <w:t>Il venditore dichiara che il trattore è di sua proprietà, libero da vincoli, ipoteche o altri gravami e che è conforme alle normative vigenti.</w:t>
      </w:r>
    </w:p>
    <w:p>
      <w:r>
        <w:rPr>
          <w:b w:val="0"/>
          <w:sz w:val="20"/>
        </w:rPr>
        <w:t>Il trattore viene venduto nello stato di fatto e di diritto in cui si trova al momento della consegna, con tutte le sue dotazioni e accessori, senza alcuna garanzia, salvo quanto previsto dalla legge.</w:t>
      </w:r>
    </w:p>
    <w:p>
      <w:r>
        <w:rPr>
          <w:b w:val="0"/>
          <w:sz w:val="20"/>
        </w:rPr>
        <w:t>Il venditore dichiara che non sussistono vizi o difetti occulti che possano pregiudicare l'uso normale del bene.</w:t>
      </w:r>
    </w:p>
    <w:p/>
    <w:p>
      <w:r>
        <w:rPr>
          <w:b/>
          <w:sz w:val="22"/>
        </w:rPr>
        <w:t>4. PREZZO E MODALITÀ DI PAGAMENTO</w:t>
      </w:r>
    </w:p>
    <w:p>
      <w:r>
        <w:rPr>
          <w:b w:val="0"/>
          <w:sz w:val="20"/>
        </w:rPr>
        <w:t>Il prezzo concordato per la vendita del trattore agricolo è di € _____________________ (euro ______________________________).</w:t>
      </w:r>
    </w:p>
    <w:p>
      <w:r>
        <w:rPr>
          <w:b w:val="0"/>
          <w:sz w:val="20"/>
        </w:rPr>
        <w:t>Il pagamento avverrà tramite: __________________________________________________</w:t>
      </w:r>
    </w:p>
    <w:p>
      <w:r>
        <w:rPr>
          <w:b w:val="0"/>
          <w:sz w:val="20"/>
        </w:rPr>
        <w:t>(ad esempio: bonifico bancario, assegno circolare, contanti, ecc.)</w:t>
      </w:r>
    </w:p>
    <w:p>
      <w:r>
        <w:rPr>
          <w:b w:val="0"/>
          <w:sz w:val="20"/>
        </w:rPr>
        <w:t>Il venditore consegnerà il trattore all'acquirente dopo aver ricevuto integralmente il pagamento concordato.</w:t>
      </w:r>
    </w:p>
    <w:p/>
    <w:p>
      <w:r>
        <w:rPr>
          <w:b/>
          <w:sz w:val="22"/>
        </w:rPr>
        <w:t>5. CONSEGNA E TRASFERIMENTO DI PROPRIETÀ</w:t>
      </w:r>
    </w:p>
    <w:p>
      <w:r>
        <w:rPr>
          <w:b w:val="0"/>
          <w:sz w:val="20"/>
        </w:rPr>
        <w:t>La consegna del trattore avverrà presso: ______________________________________</w:t>
      </w:r>
    </w:p>
    <w:p>
      <w:r>
        <w:rPr>
          <w:b w:val="0"/>
          <w:sz w:val="20"/>
        </w:rPr>
        <w:t>La proprietà e i rischi relativi al trattore si trasferiscono all'acquirente nel momento della consegna e del pagamento completo del prezzo.</w:t>
      </w:r>
    </w:p>
    <w:p/>
    <w:p>
      <w:r>
        <w:rPr>
          <w:b/>
          <w:sz w:val="22"/>
        </w:rPr>
        <w:t>6. DICHIARAZIONI E GARANZIE</w:t>
      </w:r>
    </w:p>
    <w:p>
      <w:r>
        <w:rPr>
          <w:b w:val="0"/>
          <w:sz w:val="20"/>
        </w:rPr>
        <w:t>Il venditore garantisce di essere il legittimo proprietario del trattore e che lo stesso è libero da qualsiasi vincolo o onere.</w:t>
      </w:r>
    </w:p>
    <w:p>
      <w:r>
        <w:rPr>
          <w:b w:val="0"/>
          <w:sz w:val="20"/>
        </w:rPr>
        <w:t>L'acquirente dichiara di aver visionato e provato il trattore e di accettarlo nello stato in cui si trova.</w:t>
      </w:r>
    </w:p>
    <w:p/>
    <w:p>
      <w:r>
        <w:rPr>
          <w:b/>
          <w:sz w:val="22"/>
        </w:rPr>
        <w:t>7. ESONERO DI RESPONSABILITÀ</w:t>
      </w:r>
    </w:p>
    <w:p>
      <w:r>
        <w:rPr>
          <w:b w:val="0"/>
          <w:sz w:val="20"/>
        </w:rPr>
        <w:t>Il venditore non assume alcuna responsabilità per eventuali difetti o danni che dovessero emergere dopo la vendita, fatta eccezione per quelli previsti dalla legge.</w:t>
      </w:r>
    </w:p>
    <w:p/>
    <w:p>
      <w:r>
        <w:rPr>
          <w:b/>
          <w:sz w:val="22"/>
        </w:rPr>
        <w:t>8. SPESE E ONERI FISCALI</w:t>
      </w:r>
    </w:p>
    <w:p>
      <w:r>
        <w:rPr>
          <w:b w:val="0"/>
          <w:sz w:val="20"/>
        </w:rPr>
        <w:t>Tutte le spese relative al trasferimento di proprietà, imposte, tasse e oneri derivanti dal presente contratto sono a carico dell'acquirente.</w:t>
      </w:r>
    </w:p>
    <w:p/>
    <w:p>
      <w:r>
        <w:rPr>
          <w:b/>
          <w:sz w:val="22"/>
        </w:rPr>
        <w:t>9. FORO COMPETENTE</w:t>
      </w:r>
    </w:p>
    <w:p>
      <w:r>
        <w:rPr>
          <w:b w:val="0"/>
          <w:sz w:val="20"/>
        </w:rPr>
        <w:t>Per qualsiasi controversia derivante dal presente contratto sarà competente in via esclusiva il Foro del luogo di residenza o domicilio del venditore, salvo diverso accordo scritto tra le parti.</w:t>
      </w:r>
    </w:p>
    <w:p/>
    <w:p/>
    <w:p>
      <w:r>
        <w:rPr>
          <w:b w:val="0"/>
          <w:sz w:val="20"/>
        </w:rPr>
        <w:t>Luogo: __________________________________________________________</w:t>
      </w:r>
    </w:p>
    <w:p>
      <w:r>
        <w:rPr>
          <w:b w:val="0"/>
          <w:sz w:val="20"/>
        </w:rPr>
        <w:t>Data: 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VENDITORE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ACQUIRENTE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Cognome: 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Cognome: 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https://documenti-esperti.com/modulo-vendita-trattore-agricolo-tra-privati/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modulo-vendita-trattore-agricolo-tra-privati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