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ORDINE DI ACQUISTO - FAC SIMILE</w:t>
      </w:r>
    </w:p>
    <w:p/>
    <w:p/>
    <w:p>
      <w:r>
        <w:rPr>
          <w:b/>
          <w:sz w:val="20"/>
        </w:rPr>
        <w:t>Dati dell'Acquirente:</w:t>
      </w:r>
    </w:p>
    <w:p>
      <w:r>
        <w:rPr>
          <w:b w:val="0"/>
          <w:sz w:val="20"/>
        </w:rPr>
        <w:t>Ragione Sociale: ____________________________________________________________</w:t>
      </w:r>
    </w:p>
    <w:p>
      <w:r>
        <w:rPr>
          <w:b w:val="0"/>
          <w:sz w:val="20"/>
        </w:rPr>
        <w:t>Partita IVA / Codice Fiscale: _______________________________________________</w:t>
      </w:r>
    </w:p>
    <w:p>
      <w:r>
        <w:rPr>
          <w:b w:val="0"/>
          <w:sz w:val="20"/>
        </w:rPr>
        <w:t>Sede Legale: _______________________________________________________________</w:t>
      </w:r>
    </w:p>
    <w:p>
      <w:r>
        <w:rPr>
          <w:b w:val="0"/>
          <w:sz w:val="20"/>
        </w:rPr>
        <w:t>Telefono: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____________________________________________________________________</w:t>
      </w:r>
    </w:p>
    <w:p/>
    <w:p>
      <w:r>
        <w:rPr>
          <w:b/>
          <w:sz w:val="20"/>
        </w:rPr>
        <w:t>Dati del Fornitore:</w:t>
      </w:r>
    </w:p>
    <w:p>
      <w:r>
        <w:rPr>
          <w:b w:val="0"/>
          <w:sz w:val="20"/>
        </w:rPr>
        <w:t>Ragione Sociale: ____________________________________________________________</w:t>
      </w:r>
    </w:p>
    <w:p>
      <w:r>
        <w:rPr>
          <w:b w:val="0"/>
          <w:sz w:val="20"/>
        </w:rPr>
        <w:t>Partita IVA / Codice Fiscale: _______________________________________________</w:t>
      </w:r>
    </w:p>
    <w:p>
      <w:r>
        <w:rPr>
          <w:b w:val="0"/>
          <w:sz w:val="20"/>
        </w:rPr>
        <w:t>Sede Legale: _______________________________________________________________</w:t>
      </w:r>
    </w:p>
    <w:p>
      <w:r>
        <w:rPr>
          <w:b w:val="0"/>
          <w:sz w:val="20"/>
        </w:rPr>
        <w:t>Telefono: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____________________________________________________________________</w:t>
      </w:r>
    </w:p>
    <w:p/>
    <w:p/>
    <w:p>
      <w:r>
        <w:rPr>
          <w:b w:val="0"/>
          <w:sz w:val="20"/>
        </w:rPr>
        <w:t>Numero Ordine: ________________________</w:t>
      </w:r>
    </w:p>
    <w:p>
      <w:r>
        <w:rPr>
          <w:b w:val="0"/>
          <w:sz w:val="20"/>
        </w:rPr>
        <w:t>Riferimento Offerta / Contratto: ____________________________________________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Codice Articolo</w:t>
            </w:r>
          </w:p>
        </w:tc>
        <w:tc>
          <w:tcPr>
            <w:tcW w:type="dxa" w:w="1994"/>
          </w:tcPr>
          <w:p>
            <w:r>
              <w:t>Descrizione</w:t>
            </w:r>
          </w:p>
        </w:tc>
        <w:tc>
          <w:tcPr>
            <w:tcW w:type="dxa" w:w="1994"/>
          </w:tcPr>
          <w:p>
            <w:r>
              <w:t>Quantità</w:t>
            </w:r>
          </w:p>
        </w:tc>
        <w:tc>
          <w:tcPr>
            <w:tcW w:type="dxa" w:w="1994"/>
          </w:tcPr>
          <w:p>
            <w:r>
              <w:t>Prezzo Unitario (€)</w:t>
            </w:r>
          </w:p>
        </w:tc>
        <w:tc>
          <w:tcPr>
            <w:tcW w:type="dxa" w:w="1994"/>
          </w:tcPr>
          <w:p>
            <w:r>
              <w:t>Importo (€)</w:t>
            </w:r>
          </w:p>
        </w:tc>
      </w:tr>
      <w:tr>
        <w:tc>
          <w:tcPr>
            <w:tcW w:type="dxa" w:w="1994"/>
          </w:tcPr>
          <w:p>
            <w:r>
              <w:t>________________</w:t>
            </w:r>
          </w:p>
        </w:tc>
        <w:tc>
          <w:tcPr>
            <w:tcW w:type="dxa" w:w="1994"/>
          </w:tcPr>
          <w:p>
            <w:r>
              <w:t>_________________________________________________________</w:t>
            </w:r>
          </w:p>
        </w:tc>
        <w:tc>
          <w:tcPr>
            <w:tcW w:type="dxa" w:w="1994"/>
          </w:tcPr>
          <w:p>
            <w:r>
              <w:t>________</w:t>
            </w:r>
          </w:p>
        </w:tc>
        <w:tc>
          <w:tcPr>
            <w:tcW w:type="dxa" w:w="1994"/>
          </w:tcPr>
          <w:p>
            <w:r>
              <w:t>________</w:t>
            </w:r>
          </w:p>
        </w:tc>
        <w:tc>
          <w:tcPr>
            <w:tcW w:type="dxa" w:w="1994"/>
          </w:tcPr>
          <w:p>
            <w:r>
              <w:t>________</w:t>
            </w:r>
          </w:p>
        </w:tc>
      </w:tr>
    </w:tbl>
    <w:p/>
    <w:p/>
    <w:p>
      <w:r>
        <w:rPr>
          <w:b/>
          <w:sz w:val="20"/>
        </w:rPr>
        <w:t>Totale Ordine (IVA esclusa): _______________________ €</w:t>
      </w:r>
    </w:p>
    <w:p>
      <w:r>
        <w:rPr>
          <w:b w:val="0"/>
          <w:sz w:val="20"/>
        </w:rPr>
        <w:t>IVA (%): _______________________</w:t>
      </w:r>
    </w:p>
    <w:p>
      <w:r>
        <w:rPr>
          <w:b/>
          <w:sz w:val="20"/>
        </w:rPr>
        <w:t>Totale Ordine (IVA inclusa): _______________________ €</w:t>
      </w:r>
    </w:p>
    <w:p/>
    <w:p/>
    <w:p>
      <w:r>
        <w:rPr>
          <w:b/>
          <w:sz w:val="20"/>
        </w:rPr>
        <w:t>Condizioni di Pagamento: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Modalità di Consegna: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0"/>
        </w:rPr>
        <w:t>Clausole Generali:</w:t>
      </w:r>
    </w:p>
    <w:p>
      <w:r>
        <w:rPr>
          <w:b w:val="0"/>
          <w:sz w:val="20"/>
        </w:rPr>
        <w:t>1. L'ordine sarà considerato accettato solo con conferma scritta da parte del Fornitore.</w:t>
      </w:r>
    </w:p>
    <w:p>
      <w:r>
        <w:rPr>
          <w:b w:val="0"/>
          <w:sz w:val="20"/>
        </w:rPr>
        <w:t>2. I tempi di consegna saranno quelli indicati nel contratto o nell'offerta accettata, salvo cause di forza maggiore.</w:t>
      </w:r>
    </w:p>
    <w:p>
      <w:r>
        <w:rPr>
          <w:b w:val="0"/>
          <w:sz w:val="20"/>
        </w:rPr>
        <w:t>3. Eventuali difformità nella merce consegnata devono essere segnalate entro 8 giorni dalla ricezione.</w:t>
      </w:r>
    </w:p>
    <w:p>
      <w:r>
        <w:rPr>
          <w:b w:val="0"/>
          <w:sz w:val="20"/>
        </w:rPr>
        <w:t>4. Il pagamento sarà effettuato secondo le condizioni pattuite e solo dopo verifica della conformità della fornitura.</w:t>
      </w:r>
    </w:p>
    <w:p>
      <w:r>
        <w:rPr>
          <w:b w:val="0"/>
          <w:sz w:val="20"/>
        </w:rPr>
        <w:t>5. Per ogni controversia sarà competente il Foro del luogo di residenza o sede dell'Acquirente.</w:t>
      </w:r>
    </w:p>
    <w:p/>
    <w:p/>
    <w:p>
      <w:r>
        <w:rPr>
          <w:b w:val="0"/>
          <w:sz w:val="20"/>
        </w:rPr>
        <w:t>Luogo, Data : 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ACQUIRENTE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FORNITORE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https://documenti-esperti.com/ordine-di-acquisto-fac-simile/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ordine-di-acquisto-fac-simi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