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PER PAGAMENTO DIRETTO MALATTIA INPS</w:t>
      </w:r>
    </w:p>
    <w:p/>
    <w:p/>
    <w:p>
      <w:r>
        <w:rPr>
          <w:b/>
          <w:sz w:val="20"/>
        </w:rPr>
        <w:t>DATI DEL LAVORATORE:</w:t>
      </w:r>
    </w:p>
    <w:p>
      <w:r>
        <w:rPr>
          <w:b w:val="0"/>
          <w:sz w:val="20"/>
        </w:rPr>
        <w:t>Cognome e Nome : ________________________________________________</w:t>
      </w:r>
    </w:p>
    <w:p>
      <w:r>
        <w:rPr>
          <w:b w:val="0"/>
          <w:sz w:val="20"/>
        </w:rPr>
        <w:t>Codice Fiscale : ________________________________________________</w:t>
      </w:r>
    </w:p>
    <w:p>
      <w:r>
        <w:rPr>
          <w:b w:val="0"/>
          <w:sz w:val="20"/>
        </w:rPr>
        <w:t>Data di nascita : ________________________________________________</w:t>
      </w:r>
    </w:p>
    <w:p>
      <w:r>
        <w:rPr>
          <w:b w:val="0"/>
          <w:sz w:val="20"/>
        </w:rPr>
        <w:t>Indirizzo : _____________________________________________________</w:t>
      </w:r>
    </w:p>
    <w:p>
      <w:r>
        <w:rPr>
          <w:b w:val="0"/>
          <w:sz w:val="20"/>
        </w:rPr>
        <w:t>Comune : _______________________________________________________</w:t>
      </w:r>
    </w:p>
    <w:p>
      <w:r>
        <w:rPr>
          <w:b w:val="0"/>
          <w:sz w:val="20"/>
        </w:rPr>
        <w:t>Provincia : _____________________________________________________</w:t>
      </w:r>
    </w:p>
    <w:p/>
    <w:p>
      <w:r>
        <w:rPr>
          <w:b/>
          <w:sz w:val="20"/>
        </w:rPr>
        <w:t>DATI DEL DATORE DI LAVORO:</w:t>
      </w:r>
    </w:p>
    <w:p>
      <w:r>
        <w:rPr>
          <w:b w:val="0"/>
          <w:sz w:val="20"/>
        </w:rPr>
        <w:t>Denominazione/Ragione Sociale : __________________________________</w:t>
      </w:r>
    </w:p>
    <w:p>
      <w:r>
        <w:rPr>
          <w:b w:val="0"/>
          <w:sz w:val="20"/>
        </w:rPr>
        <w:t>Partita IVA / Codice Fiscale : ___________________________________</w:t>
      </w:r>
    </w:p>
    <w:p>
      <w:r>
        <w:rPr>
          <w:b w:val="0"/>
          <w:sz w:val="20"/>
        </w:rPr>
        <w:t>Sede Legale : ___________________________________________________</w:t>
      </w:r>
    </w:p>
    <w:p>
      <w:r>
        <w:rPr>
          <w:b w:val="0"/>
          <w:sz w:val="20"/>
        </w:rPr>
        <w:t>Comune : _______________________________________________________</w:t>
      </w:r>
    </w:p>
    <w:p>
      <w:r>
        <w:rPr>
          <w:b w:val="0"/>
          <w:sz w:val="20"/>
        </w:rPr>
        <w:t>Provincia : _____________________________________________________</w:t>
      </w:r>
    </w:p>
    <w:p>
      <w:r>
        <w:rPr>
          <w:b w:val="0"/>
          <w:sz w:val="20"/>
        </w:rPr>
        <w:t>Telefono : ______________________________________________________</w:t>
      </w:r>
    </w:p>
    <w:p/>
    <w:p>
      <w:r>
        <w:rPr>
          <w:b/>
          <w:sz w:val="20"/>
        </w:rPr>
        <w:t>DATI INPS:</w:t>
      </w:r>
    </w:p>
    <w:p>
      <w:r>
        <w:rPr>
          <w:b w:val="0"/>
          <w:sz w:val="20"/>
        </w:rPr>
        <w:t>Sede INPS competente : ___________________________________________</w:t>
      </w:r>
    </w:p>
    <w:p>
      <w:r>
        <w:rPr>
          <w:b w:val="0"/>
          <w:sz w:val="20"/>
        </w:rPr>
        <w:t>Codice INPS : ___________________________________________________</w:t>
      </w:r>
    </w:p>
    <w:p/>
    <w:p>
      <w:r>
        <w:rPr>
          <w:b/>
          <w:sz w:val="20"/>
        </w:rPr>
        <w:t>DETTAGLI MALATTIA:</w:t>
      </w:r>
    </w:p>
    <w:p>
      <w:r>
        <w:rPr>
          <w:b w:val="0"/>
          <w:sz w:val="20"/>
        </w:rPr>
        <w:t>Data inizio malattia : ___________________________________________</w:t>
      </w:r>
    </w:p>
    <w:p>
      <w:r>
        <w:rPr>
          <w:b w:val="0"/>
          <w:sz w:val="20"/>
        </w:rPr>
        <w:t>Data fine malattia : _____________________________________________</w:t>
      </w:r>
    </w:p>
    <w:p>
      <w:r>
        <w:rPr>
          <w:b w:val="0"/>
          <w:sz w:val="20"/>
        </w:rPr>
        <w:t>Numero certificato medico : _____________________________________</w:t>
      </w:r>
    </w:p>
    <w:p>
      <w:r>
        <w:rPr>
          <w:b w:val="0"/>
          <w:sz w:val="20"/>
        </w:rPr>
        <w:t>Numero giorni di assenza : ______________________________________</w:t>
      </w:r>
    </w:p>
    <w:p>
      <w:r>
        <w:rPr>
          <w:b/>
          <w:sz w:val="20"/>
        </w:rPr>
        <w:t>Modalità di pagamento richiesto: PAGAMENTO DIRETTO</w:t>
      </w:r>
    </w:p>
    <w:p/>
    <w:p>
      <w:r>
        <w:rPr>
          <w:b/>
          <w:sz w:val="20"/>
        </w:rPr>
        <w:t>DICHIARAZIONI:</w:t>
      </w:r>
    </w:p>
    <w:p>
      <w:r>
        <w:rPr>
          <w:b w:val="0"/>
          <w:sz w:val="20"/>
        </w:rPr>
        <w:t>Il sottoscritto datore di lavoro dichiara di essere in regola con gli obblighi contributivi e di richiedere il pagamento diretto dell'indennità di malattia per il lavoratore sopra indicato, ai sensi dell'art. 23 del D.P.R. 1124/65 e successive modifiche e integrazioni.</w:t>
      </w:r>
    </w:p>
    <w:p/>
    <w:p>
      <w:r>
        <w:rPr>
          <w:b w:val="0"/>
          <w:sz w:val="20"/>
        </w:rPr>
        <w:t>Si impegna altresì a comunicare tempestivamente eventuali variazioni o interruzioni dell'assenza per malattia che si dovessero verificare nel periodo indicato.</w:t>
      </w:r>
    </w:p>
    <w:p/>
    <w:p>
      <w:r>
        <w:rPr>
          <w:b/>
          <w:sz w:val="20"/>
        </w:rPr>
        <w:t>INFORMATIVA SULLA PRIVACY E CONSENSO:</w:t>
      </w:r>
    </w:p>
    <w:p>
      <w:r>
        <w:rPr>
          <w:b w:val="0"/>
          <w:sz w:val="20"/>
        </w:rPr>
        <w:t>Ai sensi dell'art. 13 del Regolamento UE 2016/679 (GDPR), si informa che i dati personali forniti saranno trattati esclusivamente per le finalità connesse alla gestione e liquidazione delle prestazioni di malattia, nel rispetto della normativa vigente.</w:t>
      </w:r>
    </w:p>
    <w:p/>
    <w:p>
      <w:r>
        <w:rPr>
          <w:b/>
          <w:sz w:val="20"/>
        </w:rPr>
        <w:t>FIRMA DEL DATORE DI LAVORO:</w:t>
      </w:r>
    </w:p>
    <w:p>
      <w:r>
        <w:rPr>
          <w:b w:val="0"/>
          <w:sz w:val="20"/>
        </w:rPr>
        <w:t>Firma : _____________________________</w:t>
      </w:r>
    </w:p>
    <w:p/>
    <w:p/>
    <w:p>
      <w:r>
        <w:rPr>
          <w:b w:val="0"/>
          <w:sz w:val="20"/>
        </w:rPr>
        <w:t>Luogo : _____________________________________________</w:t>
      </w:r>
    </w:p>
    <w:p>
      <w:r>
        <w:rPr>
          <w:b w:val="0"/>
          <w:sz w:val="20"/>
        </w:rPr>
        <w:t>Data : 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LAVORATORE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DATORE DI LAVORO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https://documenti-esperti.com/pagamento-diretto-malattia-inps-modulo/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pagamento-diretto-malattia-inps-modulo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